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LUNDI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Lundi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Lundi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MARDI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Mardi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Mardi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MERCREDI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Mercredi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Mercredi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JEUDI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Jeudi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Jeudi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VENDREDI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Vendredi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3700"/>
                <w:kern w:val="2"/>
                <w:sz w:val="108"/>
                <w:lang w:val="fr-FR" w:eastAsia="en-US" w:bidi="ar-SA"/>
                <w14:ligatures w14:val="all"/>
              </w:rPr>
              <w:t>V</w:t>
            </w: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endredi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SAMEDI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Samedi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160"/>
                <w:kern w:val="2"/>
                <w:sz w:val="108"/>
                <w:lang w:val="fr-FR" w:eastAsia="en-US" w:bidi="ar-SA"/>
                <w14:ligatures w14:val="all"/>
              </w:rPr>
              <w:t>S</w:t>
            </w: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amedi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DIMANCHE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Dimanche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160"/>
                <w:kern w:val="2"/>
                <w:sz w:val="108"/>
                <w:lang w:val="fr-FR" w:eastAsia="en-US" w:bidi="ar-SA"/>
                <w14:ligatures w14:val="all"/>
              </w:rPr>
              <w:t>D</w:t>
            </w:r>
            <w:r>
              <w:rPr>
                <w:rFonts w:cs="Marelle" w:ascii="Marelle" w:hAnsi="Marelle"/>
                <w:b w:val="false"/>
                <w:color w:val="141414"/>
                <w:sz w:val="108"/>
                <w:lang w:val="fr-FR" w:eastAsia="en-US" w:bidi="ar-SA"/>
                <w14:ligatures w14:val="all"/>
              </w:rPr>
              <w:t>imanche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52"/>
                <w:szCs w:val="52"/>
                <w:lang w:val="fr-FR" w:eastAsia="en-US" w:bidi="ar-SA"/>
              </w:rPr>
              <w:t>Quelle est la date du jour ?</w:t>
            </w:r>
          </w:p>
          <w:p>
            <w:pPr>
              <w:pStyle w:val="Normal"/>
              <w:jc w:val="center"/>
              <w:rPr>
                <w:lang w:val="fr-FR" w:eastAsia="en-US" w:bidi="ar-SA"/>
              </w:rPr>
            </w:pPr>
            <w:r>
              <w:rPr>
                <w:rFonts w:ascii="Marelle" w:hAnsi="Marelle"/>
                <w:b/>
                <w:bCs/>
                <w:color w:val="000000"/>
                <w:sz w:val="64"/>
                <w:szCs w:val="64"/>
                <w:lang w:val="fr-FR" w:eastAsia="en-US" w:bidi="ar-SA"/>
              </w:rPr>
              <w:t xml:space="preserve">Quelle est </w:t>
            </w:r>
            <w: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897890</wp:posOffset>
                  </wp:positionV>
                  <wp:extent cx="1773555" cy="1771650"/>
                  <wp:effectExtent l="0" t="0" r="0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555" cy="177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arelle" w:hAnsi="Marelle"/>
                <w:b/>
                <w:bCs/>
                <w:color w:val="000000"/>
                <w:sz w:val="64"/>
                <w:szCs w:val="64"/>
                <w:lang w:val="fr-FR" w:eastAsia="en-US" w:bidi="ar-SA"/>
              </w:rPr>
              <w:t>la date du jour ?</w:t>
            </w:r>
          </w:p>
          <w:p>
            <w:pPr>
              <w:pStyle w:val="Normal"/>
              <w:spacing w:before="0" w:after="200"/>
              <w:jc w:val="center"/>
              <w:rPr>
                <w:rFonts w:ascii="Marelle" w:hAnsi="Marelle"/>
                <w:b/>
                <w:bCs/>
                <w:color w:val="000000"/>
                <w:sz w:val="64"/>
                <w:szCs w:val="64"/>
                <w:lang w:val="fr-FR" w:eastAsia="en-US" w:bidi="ar-SA"/>
              </w:rPr>
            </w:pPr>
            <w:r>
              <w:rPr>
                <w:rFonts w:ascii="Marelle" w:hAnsi="Marelle"/>
                <w:b/>
                <w:bCs/>
                <w:color w:val="000000"/>
                <w:sz w:val="64"/>
                <w:szCs w:val="64"/>
                <w:lang w:val="fr-FR" w:eastAsia="en-US" w:bidi="ar-SA"/>
              </w:rPr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>
          <w:trHeight w:val="6912" w:hRule="atLeast"/>
        </w:trPr>
        <w:tc>
          <w:tcPr>
            <w:tcW w:w="5400" w:type="dxa"/>
            <w:tcBorders>
              <w:top w:val="dashed" w:sz="12" w:space="0" w:color="D32F2F"/>
              <w:start w:val="dashed" w:sz="12" w:space="0" w:color="D32F2F"/>
              <w:bottom w:val="dashed" w:sz="12" w:space="0" w:color="D32F2F"/>
              <w:end w:val="dashed" w:sz="12" w:space="0" w:color="D32F2F"/>
            </w:tcBorders>
            <w:vAlign w:val="center"/>
          </w:tcPr>
          <w:p>
            <w:pPr>
              <w:pStyle w:val="Normal"/>
              <w:pageBreakBefore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D32F2F"/>
                <w:sz w:val="280"/>
                <w:lang w:val="fr-FR" w:eastAsia="en-US" w:bidi="ar-SA"/>
                <w14:ligatures w14:val="all"/>
              </w:rPr>
              <w:t>1</w:t>
            </w:r>
          </w:p>
        </w:tc>
        <w:tc>
          <w:tcPr>
            <w:tcW w:w="5400" w:type="dxa"/>
            <w:tcBorders>
              <w:top w:val="dashed" w:sz="12" w:space="0" w:color="D32F2F"/>
              <w:start w:val="dashed" w:sz="12" w:space="0" w:color="D32F2F"/>
              <w:bottom w:val="dashed" w:sz="12" w:space="0" w:color="D32F2F"/>
              <w:end w:val="dashed" w:sz="12" w:space="0" w:color="D32F2F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D32F2F"/>
                <w:sz w:val="280"/>
                <w:lang w:val="fr-FR" w:eastAsia="en-US" w:bidi="ar-SA"/>
                <w14:ligatures w14:val="all"/>
              </w:rPr>
              <w:t>2</w:t>
            </w:r>
          </w:p>
        </w:tc>
      </w:tr>
      <w:tr>
        <w:trPr>
          <w:trHeight w:val="6912" w:hRule="atLeast"/>
        </w:trPr>
        <w:tc>
          <w:tcPr>
            <w:tcW w:w="5400" w:type="dxa"/>
            <w:tcBorders>
              <w:top w:val="dashed" w:sz="12" w:space="0" w:color="D32F2F"/>
              <w:start w:val="dashed" w:sz="12" w:space="0" w:color="D32F2F"/>
              <w:bottom w:val="dashed" w:sz="12" w:space="0" w:color="D32F2F"/>
              <w:end w:val="dashed" w:sz="12" w:space="0" w:color="D32F2F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D32F2F"/>
                <w:sz w:val="280"/>
                <w:lang w:val="fr-FR" w:eastAsia="en-US" w:bidi="ar-SA"/>
                <w14:ligatures w14:val="all"/>
              </w:rPr>
              <w:t>3</w:t>
            </w:r>
          </w:p>
        </w:tc>
        <w:tc>
          <w:tcPr>
            <w:tcW w:w="5400" w:type="dxa"/>
            <w:tcBorders>
              <w:top w:val="dashed" w:sz="12" w:space="0" w:color="D32F2F"/>
              <w:start w:val="dashed" w:sz="12" w:space="0" w:color="D32F2F"/>
              <w:bottom w:val="dashed" w:sz="12" w:space="0" w:color="D32F2F"/>
              <w:end w:val="dashed" w:sz="12" w:space="0" w:color="D32F2F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lang w:val="fr-FR" w:eastAsia="en-US" w:bidi="ar-SA"/>
              </w:rPr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pageBreakBefore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0</w:t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1</w:t>
            </w:r>
          </w:p>
        </w:tc>
      </w:tr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2</w:t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3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pageBreakBefore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4</w:t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5</w:t>
            </w:r>
          </w:p>
        </w:tc>
      </w:tr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2383155</wp:posOffset>
                      </wp:positionV>
                      <wp:extent cx="196850" cy="536575"/>
                      <wp:effectExtent l="0" t="0" r="0" b="0"/>
                      <wp:wrapNone/>
                      <wp:docPr id="2" name="Cadre de text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920" cy="536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"/>
                                    <w:overflowPunct w:val="true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1976D2"/>
                                      <w:sz w:val="72"/>
                                      <w:szCs w:val="7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128.6pt;margin-top:187.65pt;width:15.45pt;height:42.2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"/>
                              <w:overflowPunct w:val="true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1976D2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6</w:t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7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pageBreakBefore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8</w:t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198755</wp:posOffset>
                      </wp:positionV>
                      <wp:extent cx="196850" cy="536575"/>
                      <wp:effectExtent l="0" t="0" r="0" b="0"/>
                      <wp:wrapNone/>
                      <wp:docPr id="3" name="Cadre de text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920" cy="536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"/>
                                    <w:overflowPunct w:val="true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1976D2"/>
                                      <w:sz w:val="72"/>
                                      <w:szCs w:val="7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123.1pt;margin-top:15.65pt;width:15.45pt;height:42.2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"/>
                              <w:overflowPunct w:val="true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1976D2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Marelle" w:ascii="Marelle" w:hAnsi="Marelle"/>
                <w:b w:val="false"/>
                <w:color w:val="1976D2"/>
                <w:sz w:val="280"/>
                <w:lang w:val="fr-FR" w:eastAsia="en-US" w:bidi="ar-SA"/>
                <w14:ligatures w14:val="all"/>
              </w:rPr>
              <w:t>9</w:t>
            </w:r>
          </w:p>
        </w:tc>
      </w:tr>
      <w:tr>
        <w:trPr>
          <w:trHeight w:val="6912" w:hRule="atLeast"/>
        </w:trPr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lang w:val="fr-FR" w:eastAsia="en-US" w:bidi="ar-SA"/>
              </w:rPr>
            </w:r>
          </w:p>
        </w:tc>
        <w:tc>
          <w:tcPr>
            <w:tcW w:w="5400" w:type="dxa"/>
            <w:tcBorders>
              <w:top w:val="dashed" w:sz="12" w:space="0" w:color="1976D2"/>
              <w:start w:val="dashed" w:sz="12" w:space="0" w:color="1976D2"/>
              <w:bottom w:val="dashed" w:sz="12" w:space="0" w:color="1976D2"/>
              <w:end w:val="dashed" w:sz="12" w:space="0" w:color="1976D2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fr-FR" w:eastAsia="en-US" w:bidi="ar-SA"/>
              </w:rPr>
            </w:pPr>
            <w:r>
              <w:rPr>
                <w:lang w:val="fr-FR" w:eastAsia="en-US" w:bidi="ar-SA"/>
              </w:rPr>
            </w:r>
          </w:p>
        </w:tc>
      </w:tr>
    </w:tbl>
    <w:sectPr>
      <w:type w:val="nextPage"/>
      <w:pgSz w:w="12240" w:h="15840"/>
      <w:pgMar w:left="720" w:right="720" w:gutter="0" w:header="0" w:top="576" w:footer="0" w:bottom="5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1"/>
    <w:family w:val="swiss"/>
    <w:pitch w:val="default"/>
  </w:font>
  <w:font w:name="Calibri">
    <w:charset w:val="01"/>
    <w:family w:val="swiss"/>
    <w:pitch w:val="default"/>
  </w:font>
  <w:font w:name="Courier">
    <w:altName w:val="Courier New"/>
    <w:charset w:val="01"/>
    <w:family w:val="swiss"/>
    <w:pitch w:val="default"/>
  </w:font>
  <w:font w:name="Arial">
    <w:charset w:val="01"/>
    <w:family w:val="swiss"/>
    <w:pitch w:val="default"/>
  </w:font>
  <w:font w:name="Marelle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ascii="Arial" w:hAnsi="Arial" w:cs="Arial"/>
      <w:sz w:val="24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nudecadre">
    <w:name w:val="Contenu de cadre"/>
    <w:basedOn w:val="Normal"/>
    <w:qFormat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LibreOffice/26.2.5.2$Windows_X86_64 LibreOffice_project/cd7284b4cbbfeb507e630c1aac019f4157393acb</Application>
  <AppVersion>15.0000</AppVersion>
  <Pages>8</Pages>
  <Words>50</Words>
  <Characters>194</Characters>
  <CharactersWithSpaces>206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2026-09-20T16:52:53Z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