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10800" w:type="dxa"/>
        <w:jc w:val="center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firstRow="1" w:noVBand="1" w:lastRow="0" w:firstColumn="1" w:lastColumn="0" w:noHBand="0"/>
      </w:tblPr>
      <w:tblGrid>
        <w:gridCol w:w="10800"/>
      </w:tblGrid>
      <w:tr>
        <w:trPr>
          <w:trHeight w:val="6912" w:hRule="atLeast"/>
        </w:trPr>
        <w:tc>
          <w:tcPr>
            <w:tcW w:w="10800" w:type="dxa"/>
            <w:tcBorders>
              <w:top w:val="dashed" w:sz="12" w:space="0" w:color="AAAAAA"/>
              <w:start w:val="dashed" w:sz="12" w:space="0" w:color="AAAAAA"/>
              <w:bottom w:val="dashed" w:sz="12" w:space="0" w:color="AAAAAA"/>
              <w:end w:val="dashed" w:sz="12" w:space="0" w:color="AAAAAA"/>
            </w:tcBorders>
            <w:vAlign w:val="center"/>
          </w:tcPr>
          <w:p>
            <w:pPr>
              <w:pStyle w:val="Normal"/>
              <w:spacing w:before="80" w:after="40"/>
              <w:jc w:val="center"/>
              <w:rPr>
                <w:color w:val="000000"/>
                <w:lang w:val="fr-FR"/>
              </w:rPr>
            </w:pPr>
            <w:r>
              <w:rPr>
                <w:rFonts w:cs="Arial" w:ascii="Arial" w:hAnsi="Arial"/>
                <w:b/>
                <w:i w:val="false"/>
                <w:color w:val="000000"/>
                <w:sz w:val="48"/>
                <w:szCs w:val="48"/>
                <w:lang w:val="fr-FR"/>
              </w:rPr>
              <w:t>QUELLE EST LA MÉTÉO DU JOUR ?</w:t>
            </w:r>
          </w:p>
          <w:p>
            <w:pPr>
              <w:pStyle w:val="Normal"/>
              <w:spacing w:before="0" w:after="40"/>
              <w:jc w:val="center"/>
              <w:rPr>
                <w:rFonts w:ascii="Marelle" w:hAnsi="Marelle" w:cs="Marelle"/>
                <w:b w:val="false"/>
                <w:i w:val="false"/>
                <w:color w:val="000000"/>
                <w:sz w:val="64"/>
                <w:szCs w:val="64"/>
                <w:lang w:val="fr-FR"/>
                <w14:ligatures w14:val="all"/>
              </w:rPr>
            </w:pPr>
            <w:r>
              <w:rPr>
                <w:rFonts w:cs="Marelle" w:ascii="Marelle" w:hAnsi="Marelle"/>
                <w:b w:val="false"/>
                <w:i w:val="false"/>
                <w:color w:val="000000"/>
                <w:sz w:val="64"/>
                <w:szCs w:val="64"/>
                <w:lang w:val="fr-FR"/>
                <w14:ligatures w14:val="all"/>
              </w:rPr>
            </w:r>
          </w:p>
          <w:p>
            <w:pPr>
              <w:pStyle w:val="Normal"/>
              <w:spacing w:before="0" w:after="40"/>
              <w:jc w:val="center"/>
              <w:rPr>
                <w:rFonts w:ascii="Marelle" w:hAnsi="Marelle" w:cs="Marelle"/>
                <w:b w:val="false"/>
                <w:i w:val="false"/>
                <w:color w:val="000000"/>
                <w:sz w:val="64"/>
                <w:szCs w:val="64"/>
                <w:lang w:val="fr-FR"/>
                <w14:ligatures w14:val="all"/>
              </w:rPr>
            </w:pPr>
            <w:r>
              <w:rPr>
                <w:rFonts w:cs="Marelle" w:ascii="Marelle" w:hAnsi="Marelle"/>
                <w:b w:val="false"/>
                <w:i w:val="false"/>
                <w:color w:val="000000"/>
                <w:sz w:val="64"/>
                <w:szCs w:val="64"/>
                <w:lang w:val="fr-FR"/>
                <w14:ligatures w14:val="all"/>
              </w:rPr>
              <w:t>Quelle est la météo du jour ?</w:t>
            </w:r>
          </w:p>
        </w:tc>
      </w:tr>
      <w:tr>
        <w:trPr>
          <w:trHeight w:val="6912" w:hRule="atLeast"/>
        </w:trPr>
        <w:tc>
          <w:tcPr>
            <w:tcW w:w="10800" w:type="dxa"/>
            <w:tcBorders>
              <w:top w:val="dashed" w:sz="12" w:space="0" w:color="AAAAAA"/>
              <w:start w:val="dashed" w:sz="12" w:space="0" w:color="AAAAAA"/>
              <w:bottom w:val="dashed" w:sz="12" w:space="0" w:color="AAAAAA"/>
              <w:end w:val="dashed" w:sz="12" w:space="0" w:color="AAAAAA"/>
            </w:tcBorders>
            <w:vAlign w:val="center"/>
          </w:tcPr>
          <w:p>
            <w:pPr>
              <w:pStyle w:val="Normal"/>
              <w:spacing w:before="80" w:after="40"/>
              <w:jc w:val="center"/>
              <w:rPr>
                <w:color w:val="000000"/>
                <w:lang w:val="fr-FR"/>
              </w:rPr>
            </w:pPr>
            <w:r>
              <w:rPr>
                <w:rFonts w:cs="Arial" w:ascii="Arial" w:hAnsi="Arial"/>
                <w:b/>
                <w:i w:val="false"/>
                <w:color w:val="000000"/>
                <w:sz w:val="48"/>
                <w:szCs w:val="48"/>
                <w:lang w:val="fr-FR"/>
              </w:rPr>
              <w:t>QUEL TEMPS FAIT-IL ?</w:t>
            </w:r>
          </w:p>
          <w:p>
            <w:pPr>
              <w:pStyle w:val="Normal"/>
              <w:spacing w:before="0" w:after="40"/>
              <w:jc w:val="center"/>
              <w:rPr>
                <w:rFonts w:ascii="Marelle" w:hAnsi="Marelle" w:cs="Marelle"/>
                <w:b w:val="false"/>
                <w:i w:val="false"/>
                <w:color w:val="000000"/>
                <w:sz w:val="64"/>
                <w:szCs w:val="64"/>
                <w:lang w:val="fr-FR"/>
                <w14:ligatures w14:val="all"/>
              </w:rPr>
            </w:pPr>
            <w:r>
              <w:rPr>
                <w:rFonts w:cs="Marelle" w:ascii="Marelle" w:hAnsi="Marelle"/>
                <w:b w:val="false"/>
                <w:i w:val="false"/>
                <w:color w:val="000000"/>
                <w:sz w:val="64"/>
                <w:szCs w:val="64"/>
                <w:lang w:val="fr-FR"/>
                <w14:ligatures w14:val="all"/>
              </w:rPr>
            </w:r>
          </w:p>
          <w:p>
            <w:pPr>
              <w:pStyle w:val="Normal"/>
              <w:spacing w:before="0" w:after="40"/>
              <w:jc w:val="center"/>
              <w:rPr>
                <w:rFonts w:ascii="Marelle" w:hAnsi="Marelle" w:cs="Marelle"/>
                <w:b w:val="false"/>
                <w:i w:val="false"/>
                <w:color w:val="000000"/>
                <w:sz w:val="64"/>
                <w:szCs w:val="64"/>
                <w:lang w:val="fr-FR"/>
                <w14:ligatures w14:val="all"/>
              </w:rPr>
            </w:pPr>
            <w:r>
              <w:rPr>
                <w:rFonts w:cs="Marelle" w:ascii="Marelle" w:hAnsi="Marelle"/>
                <w:b w:val="false"/>
                <w:i w:val="false"/>
                <w:color w:val="000000"/>
                <w:sz w:val="64"/>
                <w:szCs w:val="64"/>
                <w:lang w:val="fr-FR"/>
                <w14:ligatures w14:val="all"/>
              </w:rPr>
              <w:t>Quel temps fait-il ?</w:t>
            </w:r>
          </w:p>
        </w:tc>
      </w:tr>
    </w:tbl>
    <w:p>
      <w:pPr>
        <w:pStyle w:val="Normal"/>
        <w:spacing w:lineRule="exact" w:line="20" w:before="0" w:after="0"/>
        <w:rPr>
          <w:lang w:val="fr-FR"/>
        </w:rPr>
      </w:pPr>
      <w:r>
        <w:rPr>
          <w:lang w:val="fr-FR"/>
        </w:rPr>
      </w:r>
      <w:r>
        <w:br w:type="page"/>
      </w:r>
    </w:p>
    <w:tbl>
      <w:tblPr>
        <w:tblW w:w="10800" w:type="dxa"/>
        <w:jc w:val="center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firstRow="1" w:noVBand="1" w:lastRow="0" w:firstColumn="1" w:lastColumn="0" w:noHBand="0"/>
      </w:tblPr>
      <w:tblGrid>
        <w:gridCol w:w="10800"/>
      </w:tblGrid>
      <w:tr>
        <w:trPr>
          <w:trHeight w:val="6912" w:hRule="atLeast"/>
        </w:trPr>
        <w:tc>
          <w:tcPr>
            <w:tcW w:w="10800" w:type="dxa"/>
            <w:tcBorders>
              <w:top w:val="dashed" w:sz="12" w:space="0" w:color="AAAAAA"/>
              <w:start w:val="dashed" w:sz="12" w:space="0" w:color="AAAAAA"/>
              <w:bottom w:val="dashed" w:sz="12" w:space="0" w:color="AAAAAA"/>
              <w:end w:val="dashed" w:sz="12" w:space="0" w:color="AAAAAA"/>
            </w:tcBorders>
            <w:vAlign w:val="center"/>
          </w:tcPr>
          <w:p>
            <w:pPr>
              <w:pStyle w:val="Normal"/>
              <w:pageBreakBefore/>
              <w:spacing w:before="80" w:after="40"/>
              <w:jc w:val="center"/>
              <w:rPr>
                <w:color w:val="000000"/>
                <w:lang w:val="fr-FR"/>
              </w:rPr>
            </w:pPr>
            <w:r>
              <w:rPr>
                <w:rFonts w:cs="Arial" w:ascii="Arial" w:hAnsi="Arial"/>
                <w:b/>
                <w:i w:val="false"/>
                <w:color w:val="000000"/>
                <w:sz w:val="52"/>
                <w:lang w:val="fr-FR"/>
              </w:rPr>
              <w:t xml:space="preserve">AUJOURD'HUI, </w:t>
            </w:r>
            <w:r>
              <w:rPr>
                <w:rFonts w:cs="Arial" w:ascii="Arial" w:hAnsi="Arial"/>
                <w:b/>
                <w:i w:val="false"/>
                <w:color w:val="000000"/>
                <w:sz w:val="52"/>
                <w:lang w:val="fr-FR"/>
              </w:rPr>
              <w:t>LE TEMPS EST...</w:t>
            </w:r>
          </w:p>
          <w:p>
            <w:pPr>
              <w:pStyle w:val="Normal"/>
              <w:spacing w:before="0" w:after="40"/>
              <w:jc w:val="center"/>
              <w:rPr>
                <w:color w:val="000000"/>
                <w:sz w:val="68"/>
                <w:szCs w:val="68"/>
                <w:lang w:val="fr-FR"/>
              </w:rPr>
            </w:pPr>
            <w:r>
              <w:rPr>
                <w:rFonts w:cs="Marelle" w:ascii="Marelle" w:hAnsi="Marelle"/>
                <w:b w:val="false"/>
                <w:i w:val="false"/>
                <w:color w:val="000000"/>
                <w:sz w:val="68"/>
                <w:szCs w:val="68"/>
                <w:lang w:val="fr-FR"/>
                <w14:ligatures w14:val="all"/>
              </w:rPr>
              <w:t xml:space="preserve">Aujourd'hui, </w:t>
            </w:r>
            <w:r>
              <w:rPr>
                <w:rFonts w:cs="Marelle" w:ascii="Marelle" w:hAnsi="Marelle"/>
                <w:b w:val="false"/>
                <w:i w:val="false"/>
                <w:color w:val="000000"/>
                <w:sz w:val="68"/>
                <w:szCs w:val="68"/>
                <w:lang w:val="fr-FR"/>
                <w14:ligatures w14:val="all"/>
              </w:rPr>
              <w:t>le temps est...</w:t>
            </w:r>
          </w:p>
          <w:p>
            <w:pPr>
              <w:pStyle w:val="Normal"/>
              <w:spacing w:before="0" w:after="40"/>
              <w:jc w:val="center"/>
              <w:rPr>
                <w:rFonts w:ascii="Arial" w:hAnsi="Arial" w:cs="Arial"/>
                <w:b w:val="false"/>
                <w:i/>
                <w:color w:val="4B555F"/>
                <w:sz w:val="30"/>
                <w:lang w:val="fr-FR"/>
              </w:rPr>
            </w:pPr>
            <w:r>
              <w:rPr>
                <w:rFonts w:cs="Arial" w:ascii="Arial" w:hAnsi="Arial"/>
                <w:b w:val="false"/>
                <w:i/>
                <w:color w:val="4B555F"/>
                <w:sz w:val="30"/>
                <w:lang w:val="fr-FR"/>
              </w:rPr>
            </w:r>
          </w:p>
          <w:p>
            <w:pPr>
              <w:pStyle w:val="Normal"/>
              <w:spacing w:before="0" w:after="40"/>
              <w:jc w:val="center"/>
              <w:rPr>
                <w:rFonts w:ascii="Arial" w:hAnsi="Arial" w:cs="Arial"/>
                <w:b w:val="false"/>
                <w:i/>
                <w:color w:val="4B555F"/>
                <w:sz w:val="30"/>
                <w:lang w:val="fr-FR"/>
              </w:rPr>
            </w:pPr>
            <w:r>
              <w:rPr>
                <w:rFonts w:cs="Arial" w:ascii="Arial" w:hAnsi="Arial"/>
                <w:b w:val="false"/>
                <w:i/>
                <w:color w:val="4B555F"/>
                <w:sz w:val="30"/>
                <w:lang w:val="fr-FR"/>
              </w:rPr>
            </w:r>
          </w:p>
          <w:p>
            <w:pPr>
              <w:pStyle w:val="Normal"/>
              <w:spacing w:before="0" w:after="40"/>
              <w:jc w:val="center"/>
              <w:rPr>
                <w:rFonts w:ascii="Arial" w:hAnsi="Arial" w:cs="Arial"/>
                <w:b w:val="false"/>
                <w:i/>
                <w:color w:val="4B555F"/>
                <w:sz w:val="30"/>
                <w:lang w:val="fr-FR"/>
              </w:rPr>
            </w:pPr>
            <w:r>
              <w:rPr>
                <w:rFonts w:cs="Arial" w:ascii="Arial" w:hAnsi="Arial"/>
                <w:b w:val="false"/>
                <w:i/>
                <w:color w:val="4B555F"/>
                <w:sz w:val="30"/>
                <w:lang w:val="fr-FR"/>
              </w:rPr>
              <w:t>(Il y a...)</w:t>
            </w:r>
          </w:p>
        </w:tc>
      </w:tr>
      <w:tr>
        <w:trPr>
          <w:trHeight w:val="6912" w:hRule="atLeast"/>
        </w:trPr>
        <w:tc>
          <w:tcPr>
            <w:tcW w:w="10800" w:type="dxa"/>
            <w:tcBorders>
              <w:top w:val="dashed" w:sz="12" w:space="0" w:color="AAAAAA"/>
              <w:start w:val="dashed" w:sz="12" w:space="0" w:color="AAAAAA"/>
              <w:bottom w:val="dashed" w:sz="12" w:space="0" w:color="AAAAAA"/>
              <w:end w:val="dashed" w:sz="12" w:space="0" w:color="AAAAAA"/>
            </w:tcBorders>
            <w:vAlign w:val="center"/>
          </w:tcPr>
          <w:p>
            <w:pPr>
              <w:pStyle w:val="Normal"/>
              <w:spacing w:before="40" w:after="40"/>
              <w:jc w:val="center"/>
              <w:rPr>
                <w:lang w:val="fr-FR"/>
              </w:rPr>
            </w:pPr>
            <w:r>
              <w:rPr>
                <w:lang w:val="fr-FR"/>
              </w:rPr>
              <w:drawing>
                <wp:inline distT="0" distB="0" distL="0" distR="0">
                  <wp:extent cx="1554480" cy="1554480"/>
                  <wp:effectExtent l="0" t="0" r="0" b="0"/>
                  <wp:docPr id="1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54480" cy="15544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Normal"/>
              <w:spacing w:before="80" w:after="40"/>
              <w:jc w:val="center"/>
              <w:rPr>
                <w:lang w:val="fr-FR"/>
              </w:rPr>
            </w:pPr>
            <w:r>
              <w:rPr>
                <w:rFonts w:cs="Arial" w:ascii="Arial" w:hAnsi="Arial"/>
                <w:b/>
                <w:i w:val="false"/>
                <w:color w:val="191919"/>
                <w:sz w:val="56"/>
                <w:lang w:val="fr-FR"/>
              </w:rPr>
              <w:t>ENSOLEILLÉ</w:t>
            </w:r>
          </w:p>
          <w:p>
            <w:pPr>
              <w:pStyle w:val="Normal"/>
              <w:spacing w:before="0" w:after="40"/>
              <w:jc w:val="center"/>
              <w:rPr>
                <w:lang w:val="fr-FR"/>
              </w:rPr>
            </w:pPr>
            <w:r>
              <w:rPr>
                <w:rFonts w:cs="Marelle" w:ascii="Marelle" w:hAnsi="Marelle"/>
                <w:b w:val="false"/>
                <w:i w:val="false"/>
                <w:color w:val="191919"/>
                <w:sz w:val="80"/>
                <w:lang w:val="fr-FR"/>
                <w14:ligatures w14:val="all"/>
              </w:rPr>
              <w:t>Ensoleillé</w:t>
            </w:r>
          </w:p>
          <w:p>
            <w:pPr>
              <w:pStyle w:val="Normal"/>
              <w:spacing w:before="0" w:after="40"/>
              <w:jc w:val="center"/>
              <w:rPr>
                <w:rFonts w:ascii="Arial" w:hAnsi="Arial" w:cs="Arial"/>
                <w:b w:val="false"/>
                <w:i/>
                <w:color w:val="4B555F"/>
                <w:sz w:val="30"/>
                <w:lang w:val="fr-FR"/>
              </w:rPr>
            </w:pPr>
            <w:r>
              <w:rPr>
                <w:rFonts w:cs="Arial" w:ascii="Arial" w:hAnsi="Arial"/>
                <w:b w:val="false"/>
                <w:i/>
                <w:color w:val="4B555F"/>
                <w:sz w:val="30"/>
                <w:lang w:val="fr-FR"/>
              </w:rPr>
            </w:r>
          </w:p>
          <w:p>
            <w:pPr>
              <w:pStyle w:val="Normal"/>
              <w:spacing w:before="0" w:after="40"/>
              <w:jc w:val="center"/>
              <w:rPr>
                <w:rFonts w:ascii="Arial" w:hAnsi="Arial" w:cs="Arial"/>
                <w:b w:val="false"/>
                <w:i/>
                <w:color w:val="4B555F"/>
                <w:sz w:val="30"/>
                <w:lang w:val="fr-FR"/>
              </w:rPr>
            </w:pPr>
            <w:r>
              <w:rPr>
                <w:rFonts w:cs="Arial" w:ascii="Arial" w:hAnsi="Arial"/>
                <w:b w:val="false"/>
                <w:i/>
                <w:color w:val="4B555F"/>
                <w:sz w:val="30"/>
                <w:lang w:val="fr-FR"/>
              </w:rPr>
              <w:t>(Il y a du soleil)</w:t>
            </w:r>
          </w:p>
        </w:tc>
      </w:tr>
    </w:tbl>
    <w:p>
      <w:pPr>
        <w:pStyle w:val="Normal"/>
        <w:spacing w:lineRule="exact" w:line="20" w:before="0" w:after="0"/>
        <w:rPr>
          <w:lang w:val="fr-FR"/>
        </w:rPr>
      </w:pPr>
      <w:r>
        <w:rPr>
          <w:lang w:val="fr-FR"/>
        </w:rPr>
      </w:r>
      <w:r>
        <w:br w:type="page"/>
      </w:r>
    </w:p>
    <w:tbl>
      <w:tblPr>
        <w:tblW w:w="10800" w:type="dxa"/>
        <w:jc w:val="center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firstRow="1" w:noVBand="1" w:lastRow="0" w:firstColumn="1" w:lastColumn="0" w:noHBand="0"/>
      </w:tblPr>
      <w:tblGrid>
        <w:gridCol w:w="10800"/>
      </w:tblGrid>
      <w:tr>
        <w:trPr>
          <w:trHeight w:val="6912" w:hRule="atLeast"/>
        </w:trPr>
        <w:tc>
          <w:tcPr>
            <w:tcW w:w="10800" w:type="dxa"/>
            <w:tcBorders>
              <w:top w:val="dashed" w:sz="12" w:space="0" w:color="AAAAAA"/>
              <w:start w:val="dashed" w:sz="12" w:space="0" w:color="AAAAAA"/>
              <w:bottom w:val="dashed" w:sz="12" w:space="0" w:color="AAAAAA"/>
              <w:end w:val="dashed" w:sz="12" w:space="0" w:color="AAAAAA"/>
            </w:tcBorders>
            <w:vAlign w:val="center"/>
          </w:tcPr>
          <w:p>
            <w:pPr>
              <w:pStyle w:val="Normal"/>
              <w:pageBreakBefore/>
              <w:spacing w:before="0" w:after="40"/>
              <w:jc w:val="center"/>
              <w:rPr>
                <w:lang w:val="fr-FR"/>
              </w:rPr>
            </w:pPr>
            <w:r>
              <w:rPr>
                <w:lang w:val="fr-FR"/>
              </w:rPr>
              <w:drawing>
                <wp:inline distT="0" distB="0" distL="0" distR="0">
                  <wp:extent cx="1554480" cy="1554480"/>
                  <wp:effectExtent l="0" t="0" r="0" b="0"/>
                  <wp:docPr id="2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54480" cy="15544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Normal"/>
              <w:spacing w:before="80" w:after="40"/>
              <w:jc w:val="center"/>
              <w:rPr>
                <w:lang w:val="fr-FR"/>
              </w:rPr>
            </w:pPr>
            <w:r>
              <w:rPr>
                <w:rFonts w:cs="Arial" w:ascii="Arial" w:hAnsi="Arial"/>
                <w:b/>
                <w:i w:val="false"/>
                <w:color w:val="191919"/>
                <w:sz w:val="56"/>
                <w:lang w:val="fr-FR"/>
              </w:rPr>
              <w:t>VENTEUX</w:t>
            </w:r>
          </w:p>
          <w:p>
            <w:pPr>
              <w:pStyle w:val="Normal"/>
              <w:spacing w:before="0" w:after="40"/>
              <w:jc w:val="center"/>
              <w:rPr>
                <w:lang w:val="fr-FR"/>
              </w:rPr>
            </w:pPr>
            <w:r>
              <w:rPr>
                <w:rFonts w:cs="Marelle" w:ascii="Marelle" w:hAnsi="Marelle"/>
                <w:b w:val="false"/>
                <w:i w:val="false"/>
                <w:color w:val="191919"/>
                <w:spacing w:val="-160"/>
                <w:kern w:val="2"/>
                <w:sz w:val="80"/>
                <w:lang w:val="fr-FR"/>
                <w14:ligatures w14:val="all"/>
              </w:rPr>
              <w:t>V</w:t>
            </w:r>
            <w:r>
              <w:rPr>
                <w:rFonts w:cs="Marelle" w:ascii="Marelle" w:hAnsi="Marelle"/>
                <w:b w:val="false"/>
                <w:i w:val="false"/>
                <w:color w:val="191919"/>
                <w:sz w:val="80"/>
                <w:lang w:val="fr-FR"/>
                <w14:ligatures w14:val="all"/>
              </w:rPr>
              <w:t>enteux</w:t>
            </w:r>
          </w:p>
          <w:p>
            <w:pPr>
              <w:pStyle w:val="Normal"/>
              <w:spacing w:before="0" w:after="40"/>
              <w:jc w:val="center"/>
              <w:rPr>
                <w:rFonts w:ascii="Arial" w:hAnsi="Arial" w:cs="Arial"/>
                <w:b w:val="false"/>
                <w:i/>
                <w:color w:val="4B555F"/>
                <w:sz w:val="30"/>
                <w:lang w:val="fr-FR"/>
              </w:rPr>
            </w:pPr>
            <w:r>
              <w:rPr>
                <w:rFonts w:cs="Arial" w:ascii="Arial" w:hAnsi="Arial"/>
                <w:b w:val="false"/>
                <w:i/>
                <w:color w:val="4B555F"/>
                <w:sz w:val="30"/>
                <w:lang w:val="fr-FR"/>
              </w:rPr>
            </w:r>
          </w:p>
          <w:p>
            <w:pPr>
              <w:pStyle w:val="Normal"/>
              <w:spacing w:before="0" w:after="40"/>
              <w:jc w:val="center"/>
              <w:rPr>
                <w:rFonts w:ascii="Arial" w:hAnsi="Arial" w:cs="Arial"/>
                <w:b w:val="false"/>
                <w:i/>
                <w:color w:val="4B555F"/>
                <w:sz w:val="30"/>
                <w:lang w:val="fr-FR"/>
              </w:rPr>
            </w:pPr>
            <w:r>
              <w:rPr>
                <w:rFonts w:cs="Arial" w:ascii="Arial" w:hAnsi="Arial"/>
                <w:b w:val="false"/>
                <w:i/>
                <w:color w:val="4B555F"/>
                <w:sz w:val="30"/>
                <w:lang w:val="fr-FR"/>
              </w:rPr>
              <w:t>(Il y a du vent)</w:t>
            </w:r>
          </w:p>
        </w:tc>
      </w:tr>
      <w:tr>
        <w:trPr>
          <w:trHeight w:val="6912" w:hRule="atLeast"/>
        </w:trPr>
        <w:tc>
          <w:tcPr>
            <w:tcW w:w="10800" w:type="dxa"/>
            <w:tcBorders>
              <w:top w:val="dashed" w:sz="12" w:space="0" w:color="AAAAAA"/>
              <w:start w:val="dashed" w:sz="12" w:space="0" w:color="AAAAAA"/>
              <w:bottom w:val="dashed" w:sz="12" w:space="0" w:color="AAAAAA"/>
              <w:end w:val="dashed" w:sz="12" w:space="0" w:color="AAAAAA"/>
            </w:tcBorders>
            <w:vAlign w:val="center"/>
          </w:tcPr>
          <w:p>
            <w:pPr>
              <w:pStyle w:val="Normal"/>
              <w:spacing w:before="40" w:after="40"/>
              <w:jc w:val="center"/>
              <w:rPr>
                <w:lang w:val="fr-FR"/>
              </w:rPr>
            </w:pPr>
            <w:r>
              <w:rPr>
                <w:lang w:val="fr-FR"/>
              </w:rPr>
              <w:drawing>
                <wp:inline distT="0" distB="0" distL="0" distR="0">
                  <wp:extent cx="1554480" cy="1554480"/>
                  <wp:effectExtent l="0" t="0" r="0" b="0"/>
                  <wp:docPr id="3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54480" cy="15544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Normal"/>
              <w:spacing w:before="80" w:after="40"/>
              <w:jc w:val="center"/>
              <w:rPr>
                <w:lang w:val="fr-FR"/>
              </w:rPr>
            </w:pPr>
            <w:r>
              <w:rPr>
                <w:rFonts w:cs="Arial" w:ascii="Arial" w:hAnsi="Arial"/>
                <w:b/>
                <w:i w:val="false"/>
                <w:color w:val="191919"/>
                <w:sz w:val="56"/>
                <w:lang w:val="fr-FR"/>
              </w:rPr>
              <w:t>NUAGEUX</w:t>
            </w:r>
          </w:p>
          <w:p>
            <w:pPr>
              <w:pStyle w:val="Normal"/>
              <w:spacing w:before="0" w:after="40"/>
              <w:jc w:val="center"/>
              <w:rPr>
                <w:lang w:val="fr-FR"/>
              </w:rPr>
            </w:pPr>
            <w:r>
              <w:rPr>
                <w:rFonts w:cs="Marelle" w:ascii="Marelle" w:hAnsi="Marelle"/>
                <w:b w:val="false"/>
                <w:i w:val="false"/>
                <w:color w:val="191919"/>
                <w:kern w:val="2"/>
                <w:sz w:val="80"/>
                <w:lang w:val="fr-FR"/>
                <w14:ligatures w14:val="all"/>
              </w:rPr>
              <w:t>N</w:t>
            </w:r>
            <w:r>
              <w:rPr>
                <w:rFonts w:cs="Marelle" w:ascii="Marelle" w:hAnsi="Marelle"/>
                <w:b w:val="false"/>
                <w:i w:val="false"/>
                <w:color w:val="191919"/>
                <w:sz w:val="80"/>
                <w:lang w:val="fr-FR"/>
                <w14:ligatures w14:val="all"/>
              </w:rPr>
              <w:t>uageux</w:t>
            </w:r>
          </w:p>
          <w:p>
            <w:pPr>
              <w:pStyle w:val="Normal"/>
              <w:spacing w:before="0" w:after="40"/>
              <w:jc w:val="center"/>
              <w:rPr>
                <w:rFonts w:ascii="Arial" w:hAnsi="Arial" w:cs="Arial"/>
                <w:b w:val="false"/>
                <w:i/>
                <w:color w:val="4B555F"/>
                <w:sz w:val="30"/>
                <w:lang w:val="fr-FR"/>
              </w:rPr>
            </w:pPr>
            <w:r>
              <w:rPr>
                <w:rFonts w:cs="Arial" w:ascii="Arial" w:hAnsi="Arial"/>
                <w:b w:val="false"/>
                <w:i/>
                <w:color w:val="4B555F"/>
                <w:sz w:val="30"/>
                <w:lang w:val="fr-FR"/>
              </w:rPr>
            </w:r>
          </w:p>
          <w:p>
            <w:pPr>
              <w:pStyle w:val="Normal"/>
              <w:spacing w:before="0" w:after="40"/>
              <w:jc w:val="center"/>
              <w:rPr>
                <w:rFonts w:ascii="Arial" w:hAnsi="Arial" w:cs="Arial"/>
                <w:b w:val="false"/>
                <w:i/>
                <w:color w:val="4B555F"/>
                <w:sz w:val="30"/>
                <w:lang w:val="fr-FR"/>
              </w:rPr>
            </w:pPr>
            <w:r>
              <w:rPr>
                <w:rFonts w:cs="Arial" w:ascii="Arial" w:hAnsi="Arial"/>
                <w:b w:val="false"/>
                <w:i/>
                <w:color w:val="4B555F"/>
                <w:sz w:val="30"/>
                <w:lang w:val="fr-FR"/>
              </w:rPr>
              <w:t>(Le ciel est couvert)</w:t>
            </w:r>
          </w:p>
        </w:tc>
      </w:tr>
    </w:tbl>
    <w:p>
      <w:pPr>
        <w:pStyle w:val="Normal"/>
        <w:spacing w:lineRule="exact" w:line="20" w:before="0" w:after="0"/>
        <w:rPr>
          <w:lang w:val="fr-FR"/>
        </w:rPr>
      </w:pPr>
      <w:r>
        <w:rPr>
          <w:lang w:val="fr-FR"/>
        </w:rPr>
      </w:r>
      <w:r>
        <w:br w:type="page"/>
      </w:r>
    </w:p>
    <w:tbl>
      <w:tblPr>
        <w:tblW w:w="10800" w:type="dxa"/>
        <w:jc w:val="center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firstRow="1" w:noVBand="1" w:lastRow="0" w:firstColumn="1" w:lastColumn="0" w:noHBand="0"/>
      </w:tblPr>
      <w:tblGrid>
        <w:gridCol w:w="10800"/>
      </w:tblGrid>
      <w:tr>
        <w:trPr>
          <w:trHeight w:val="6912" w:hRule="atLeast"/>
        </w:trPr>
        <w:tc>
          <w:tcPr>
            <w:tcW w:w="10800" w:type="dxa"/>
            <w:tcBorders>
              <w:top w:val="dashed" w:sz="12" w:space="0" w:color="AAAAAA"/>
              <w:start w:val="dashed" w:sz="12" w:space="0" w:color="AAAAAA"/>
              <w:bottom w:val="dashed" w:sz="12" w:space="0" w:color="AAAAAA"/>
              <w:end w:val="dashed" w:sz="12" w:space="0" w:color="AAAAAA"/>
            </w:tcBorders>
            <w:vAlign w:val="center"/>
          </w:tcPr>
          <w:p>
            <w:pPr>
              <w:pStyle w:val="Normal"/>
              <w:pageBreakBefore/>
              <w:spacing w:before="0" w:after="40"/>
              <w:jc w:val="center"/>
              <w:rPr>
                <w:lang w:val="fr-FR"/>
              </w:rPr>
            </w:pPr>
            <w:r>
              <w:rPr>
                <w:lang w:val="fr-FR"/>
              </w:rPr>
              <w:drawing>
                <wp:inline distT="0" distB="0" distL="0" distR="0">
                  <wp:extent cx="1554480" cy="1554480"/>
                  <wp:effectExtent l="0" t="0" r="0" b="0"/>
                  <wp:docPr id="4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54480" cy="15544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Normal"/>
              <w:spacing w:before="80" w:after="40"/>
              <w:jc w:val="center"/>
              <w:rPr>
                <w:lang w:val="fr-FR"/>
              </w:rPr>
            </w:pPr>
            <w:r>
              <w:rPr>
                <w:rFonts w:cs="Arial" w:ascii="Arial" w:hAnsi="Arial"/>
                <w:b/>
                <w:i w:val="false"/>
                <w:color w:val="191919"/>
                <w:sz w:val="56"/>
                <w:lang w:val="fr-FR"/>
              </w:rPr>
              <w:t>PLUVIEUX</w:t>
            </w:r>
          </w:p>
          <w:p>
            <w:pPr>
              <w:pStyle w:val="Normal"/>
              <w:spacing w:before="0" w:after="40"/>
              <w:jc w:val="center"/>
              <w:rPr>
                <w:lang w:val="fr-FR"/>
              </w:rPr>
            </w:pPr>
            <w:r>
              <w:rPr>
                <w:rFonts w:cs="Marelle" w:ascii="Marelle" w:hAnsi="Marelle"/>
                <w:b w:val="false"/>
                <w:i w:val="false"/>
                <w:color w:val="191919"/>
                <w:spacing w:val="-160"/>
                <w:kern w:val="2"/>
                <w:sz w:val="80"/>
                <w:lang w:val="fr-FR"/>
                <w14:ligatures w14:val="all"/>
              </w:rPr>
              <w:t>P</w:t>
            </w:r>
            <w:r>
              <w:rPr>
                <w:rFonts w:cs="Marelle" w:ascii="Marelle" w:hAnsi="Marelle"/>
                <w:b w:val="false"/>
                <w:i w:val="false"/>
                <w:color w:val="191919"/>
                <w:sz w:val="80"/>
                <w:lang w:val="fr-FR"/>
                <w14:ligatures w14:val="all"/>
              </w:rPr>
              <w:t>luvieux</w:t>
            </w:r>
          </w:p>
          <w:p>
            <w:pPr>
              <w:pStyle w:val="Normal"/>
              <w:spacing w:before="0" w:after="40"/>
              <w:jc w:val="center"/>
              <w:rPr>
                <w:rFonts w:ascii="Arial" w:hAnsi="Arial" w:cs="Arial"/>
                <w:b w:val="false"/>
                <w:i/>
                <w:color w:val="4B555F"/>
                <w:sz w:val="30"/>
                <w:lang w:val="fr-FR"/>
              </w:rPr>
            </w:pPr>
            <w:r>
              <w:rPr>
                <w:rFonts w:cs="Arial" w:ascii="Arial" w:hAnsi="Arial"/>
                <w:b w:val="false"/>
                <w:i/>
                <w:color w:val="4B555F"/>
                <w:sz w:val="30"/>
                <w:lang w:val="fr-FR"/>
              </w:rPr>
            </w:r>
          </w:p>
          <w:p>
            <w:pPr>
              <w:pStyle w:val="Normal"/>
              <w:spacing w:before="0" w:after="40"/>
              <w:jc w:val="center"/>
              <w:rPr>
                <w:rFonts w:ascii="Arial" w:hAnsi="Arial" w:cs="Arial"/>
                <w:b w:val="false"/>
                <w:i/>
                <w:color w:val="4B555F"/>
                <w:sz w:val="30"/>
                <w:lang w:val="fr-FR"/>
              </w:rPr>
            </w:pPr>
            <w:r>
              <w:rPr>
                <w:rFonts w:cs="Arial" w:ascii="Arial" w:hAnsi="Arial"/>
                <w:b w:val="false"/>
                <w:i/>
                <w:color w:val="4B555F"/>
                <w:sz w:val="30"/>
                <w:lang w:val="fr-FR"/>
              </w:rPr>
              <w:t>(Il pleut)</w:t>
            </w:r>
          </w:p>
        </w:tc>
      </w:tr>
      <w:tr>
        <w:trPr>
          <w:trHeight w:val="6912" w:hRule="atLeast"/>
        </w:trPr>
        <w:tc>
          <w:tcPr>
            <w:tcW w:w="10800" w:type="dxa"/>
            <w:tcBorders>
              <w:top w:val="dashed" w:sz="12" w:space="0" w:color="AAAAAA"/>
              <w:start w:val="dashed" w:sz="12" w:space="0" w:color="AAAAAA"/>
              <w:bottom w:val="dashed" w:sz="12" w:space="0" w:color="AAAAAA"/>
              <w:end w:val="dashed" w:sz="12" w:space="0" w:color="AAAAAA"/>
            </w:tcBorders>
            <w:vAlign w:val="center"/>
          </w:tcPr>
          <w:p>
            <w:pPr>
              <w:pStyle w:val="Normal"/>
              <w:spacing w:before="40" w:after="40"/>
              <w:jc w:val="center"/>
              <w:rPr>
                <w:lang w:val="fr-FR"/>
              </w:rPr>
            </w:pPr>
            <w:r>
              <w:rPr>
                <w:lang w:val="fr-FR"/>
              </w:rPr>
              <w:drawing>
                <wp:inline distT="0" distB="0" distL="0" distR="0">
                  <wp:extent cx="1554480" cy="1554480"/>
                  <wp:effectExtent l="0" t="0" r="0" b="0"/>
                  <wp:docPr id="5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54480" cy="15544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Normal"/>
              <w:spacing w:before="80" w:after="40"/>
              <w:jc w:val="center"/>
              <w:rPr>
                <w:lang w:val="fr-FR"/>
              </w:rPr>
            </w:pPr>
            <w:r>
              <w:rPr>
                <w:rFonts w:cs="Arial" w:ascii="Arial" w:hAnsi="Arial"/>
                <w:b/>
                <w:i w:val="false"/>
                <w:color w:val="191919"/>
                <w:sz w:val="56"/>
                <w:lang w:val="fr-FR"/>
              </w:rPr>
              <w:t>ORAGEUX</w:t>
            </w:r>
          </w:p>
          <w:p>
            <w:pPr>
              <w:pStyle w:val="Normal"/>
              <w:spacing w:before="0" w:after="40"/>
              <w:jc w:val="center"/>
              <w:rPr>
                <w:lang w:val="fr-FR"/>
              </w:rPr>
            </w:pPr>
            <w:r>
              <w:rPr>
                <w:rFonts w:cs="Marelle" w:ascii="Marelle" w:hAnsi="Marelle"/>
                <w:b w:val="false"/>
                <w:i w:val="false"/>
                <w:color w:val="191919"/>
                <w:kern w:val="2"/>
                <w:sz w:val="80"/>
                <w:lang w:val="fr-FR"/>
                <w14:ligatures w14:val="all"/>
              </w:rPr>
              <w:t>O</w:t>
            </w:r>
            <w:r>
              <w:rPr>
                <w:rFonts w:cs="Marelle" w:ascii="Marelle" w:hAnsi="Marelle"/>
                <w:b w:val="false"/>
                <w:i w:val="false"/>
                <w:color w:val="191919"/>
                <w:sz w:val="80"/>
                <w:lang w:val="fr-FR"/>
                <w14:ligatures w14:val="all"/>
              </w:rPr>
              <w:t>rageux</w:t>
            </w:r>
          </w:p>
          <w:p>
            <w:pPr>
              <w:pStyle w:val="Normal"/>
              <w:spacing w:before="0" w:after="40"/>
              <w:jc w:val="center"/>
              <w:rPr>
                <w:rFonts w:ascii="Arial" w:hAnsi="Arial" w:cs="Arial"/>
                <w:b w:val="false"/>
                <w:i/>
                <w:color w:val="4B555F"/>
                <w:sz w:val="30"/>
                <w:lang w:val="fr-FR"/>
              </w:rPr>
            </w:pPr>
            <w:r>
              <w:rPr>
                <w:rFonts w:cs="Arial" w:ascii="Arial" w:hAnsi="Arial"/>
                <w:b w:val="false"/>
                <w:i/>
                <w:color w:val="4B555F"/>
                <w:sz w:val="30"/>
                <w:lang w:val="fr-FR"/>
              </w:rPr>
            </w:r>
          </w:p>
          <w:p>
            <w:pPr>
              <w:pStyle w:val="Normal"/>
              <w:spacing w:before="0" w:after="40"/>
              <w:jc w:val="center"/>
              <w:rPr>
                <w:rFonts w:ascii="Arial" w:hAnsi="Arial" w:cs="Arial"/>
                <w:b w:val="false"/>
                <w:i/>
                <w:color w:val="4B555F"/>
                <w:sz w:val="30"/>
                <w:lang w:val="fr-FR"/>
              </w:rPr>
            </w:pPr>
            <w:r>
              <w:rPr>
                <w:rFonts w:cs="Arial" w:ascii="Arial" w:hAnsi="Arial"/>
                <w:b w:val="false"/>
                <w:i/>
                <w:color w:val="4B555F"/>
                <w:sz w:val="30"/>
                <w:lang w:val="fr-FR"/>
              </w:rPr>
              <w:t>(Il y a de l'orage)</w:t>
            </w:r>
          </w:p>
        </w:tc>
      </w:tr>
    </w:tbl>
    <w:p>
      <w:pPr>
        <w:pStyle w:val="Normal"/>
        <w:spacing w:lineRule="exact" w:line="20" w:before="0" w:after="0"/>
        <w:rPr>
          <w:lang w:val="fr-FR"/>
        </w:rPr>
      </w:pPr>
      <w:r>
        <w:rPr>
          <w:lang w:val="fr-FR"/>
        </w:rPr>
      </w:r>
      <w:r>
        <w:br w:type="page"/>
      </w:r>
    </w:p>
    <w:tbl>
      <w:tblPr>
        <w:tblW w:w="10800" w:type="dxa"/>
        <w:jc w:val="center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firstRow="1" w:noVBand="1" w:lastRow="0" w:firstColumn="1" w:lastColumn="0" w:noHBand="0"/>
      </w:tblPr>
      <w:tblGrid>
        <w:gridCol w:w="10800"/>
      </w:tblGrid>
      <w:tr>
        <w:trPr>
          <w:trHeight w:val="6912" w:hRule="atLeast"/>
        </w:trPr>
        <w:tc>
          <w:tcPr>
            <w:tcW w:w="10800" w:type="dxa"/>
            <w:tcBorders>
              <w:top w:val="dashed" w:sz="12" w:space="0" w:color="AAAAAA"/>
              <w:start w:val="dashed" w:sz="12" w:space="0" w:color="AAAAAA"/>
              <w:bottom w:val="dashed" w:sz="12" w:space="0" w:color="AAAAAA"/>
              <w:end w:val="dashed" w:sz="12" w:space="0" w:color="AAAAAA"/>
            </w:tcBorders>
            <w:vAlign w:val="center"/>
          </w:tcPr>
          <w:p>
            <w:pPr>
              <w:pStyle w:val="Normal"/>
              <w:pageBreakBefore/>
              <w:spacing w:before="0" w:after="40"/>
              <w:jc w:val="center"/>
              <w:rPr>
                <w:lang w:val="fr-FR"/>
              </w:rPr>
            </w:pPr>
            <w:r>
              <w:rPr>
                <w:lang w:val="fr-FR"/>
              </w:rPr>
              <w:drawing>
                <wp:inline distT="0" distB="0" distL="0" distR="0">
                  <wp:extent cx="1554480" cy="1554480"/>
                  <wp:effectExtent l="0" t="0" r="0" b="0"/>
                  <wp:docPr id="6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54480" cy="15544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Normal"/>
              <w:spacing w:before="80" w:after="40"/>
              <w:jc w:val="center"/>
              <w:rPr>
                <w:lang w:val="fr-FR"/>
              </w:rPr>
            </w:pPr>
            <w:r>
              <w:rPr>
                <w:rFonts w:cs="Arial" w:ascii="Arial" w:hAnsi="Arial"/>
                <w:b/>
                <w:i w:val="false"/>
                <w:color w:val="191919"/>
                <w:sz w:val="56"/>
                <w:lang w:val="fr-FR"/>
              </w:rPr>
              <w:t>NEIGEUX</w:t>
            </w:r>
          </w:p>
          <w:p>
            <w:pPr>
              <w:pStyle w:val="Normal"/>
              <w:spacing w:before="0" w:after="40"/>
              <w:jc w:val="center"/>
              <w:rPr>
                <w:lang w:val="fr-FR"/>
              </w:rPr>
            </w:pPr>
            <w:r>
              <w:rPr>
                <w:rFonts w:cs="Marelle" w:ascii="Marelle" w:hAnsi="Marelle"/>
                <w:b w:val="false"/>
                <w:i w:val="false"/>
                <w:color w:val="191919"/>
                <w:kern w:val="2"/>
                <w:sz w:val="80"/>
                <w:lang w:val="fr-FR"/>
                <w14:ligatures w14:val="all"/>
              </w:rPr>
              <w:t>N</w:t>
            </w:r>
            <w:r>
              <w:rPr>
                <w:rFonts w:cs="Marelle" w:ascii="Marelle" w:hAnsi="Marelle"/>
                <w:b w:val="false"/>
                <w:i w:val="false"/>
                <w:color w:val="191919"/>
                <w:sz w:val="80"/>
                <w:lang w:val="fr-FR"/>
                <w14:ligatures w14:val="all"/>
              </w:rPr>
              <w:t>eigeux</w:t>
            </w:r>
          </w:p>
          <w:p>
            <w:pPr>
              <w:pStyle w:val="Normal"/>
              <w:spacing w:before="0" w:after="40"/>
              <w:jc w:val="center"/>
              <w:rPr>
                <w:rFonts w:ascii="Arial" w:hAnsi="Arial" w:cs="Arial"/>
                <w:b w:val="false"/>
                <w:i/>
                <w:color w:val="4B555F"/>
                <w:sz w:val="30"/>
                <w:lang w:val="fr-FR"/>
              </w:rPr>
            </w:pPr>
            <w:r>
              <w:rPr>
                <w:rFonts w:cs="Arial" w:ascii="Arial" w:hAnsi="Arial"/>
                <w:b w:val="false"/>
                <w:i/>
                <w:color w:val="4B555F"/>
                <w:sz w:val="30"/>
                <w:lang w:val="fr-FR"/>
              </w:rPr>
            </w:r>
          </w:p>
          <w:p>
            <w:pPr>
              <w:pStyle w:val="Normal"/>
              <w:spacing w:before="0" w:after="40"/>
              <w:jc w:val="center"/>
              <w:rPr>
                <w:rFonts w:ascii="Arial" w:hAnsi="Arial" w:cs="Arial"/>
                <w:b w:val="false"/>
                <w:i/>
                <w:color w:val="4B555F"/>
                <w:sz w:val="30"/>
                <w:lang w:val="fr-FR"/>
              </w:rPr>
            </w:pPr>
            <w:r>
              <w:rPr>
                <w:rFonts w:cs="Arial" w:ascii="Arial" w:hAnsi="Arial"/>
                <w:b w:val="false"/>
                <w:i/>
                <w:color w:val="4B555F"/>
                <w:sz w:val="30"/>
                <w:lang w:val="fr-FR"/>
              </w:rPr>
              <w:t>(Il neige)</w:t>
            </w:r>
          </w:p>
        </w:tc>
      </w:tr>
      <w:tr>
        <w:trPr>
          <w:trHeight w:val="6912" w:hRule="atLeast"/>
        </w:trPr>
        <w:tc>
          <w:tcPr>
            <w:tcW w:w="10800" w:type="dxa"/>
            <w:tcBorders>
              <w:top w:val="dashed" w:sz="12" w:space="0" w:color="AAAAAA"/>
              <w:start w:val="dashed" w:sz="12" w:space="0" w:color="AAAAAA"/>
              <w:bottom w:val="dashed" w:sz="12" w:space="0" w:color="AAAAAA"/>
              <w:end w:val="dashed" w:sz="12" w:space="0" w:color="AAAAAA"/>
            </w:tcBorders>
            <w:vAlign w:val="center"/>
          </w:tcPr>
          <w:p>
            <w:pPr>
              <w:pStyle w:val="Normal"/>
              <w:spacing w:before="40" w:after="40"/>
              <w:jc w:val="center"/>
              <w:rPr>
                <w:lang w:val="fr-FR"/>
              </w:rPr>
            </w:pPr>
            <w:r>
              <w:rPr>
                <w:lang w:val="fr-FR"/>
              </w:rPr>
              <w:drawing>
                <wp:inline distT="0" distB="0" distL="0" distR="0">
                  <wp:extent cx="1554480" cy="1554480"/>
                  <wp:effectExtent l="0" t="0" r="0" b="0"/>
                  <wp:docPr id="7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54480" cy="15544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Normal"/>
              <w:spacing w:before="80" w:after="40"/>
              <w:jc w:val="center"/>
              <w:rPr>
                <w:lang w:val="fr-FR"/>
              </w:rPr>
            </w:pPr>
            <w:r>
              <w:rPr>
                <w:rFonts w:cs="Arial" w:ascii="Arial" w:hAnsi="Arial"/>
                <w:b/>
                <w:i w:val="false"/>
                <w:color w:val="191919"/>
                <w:sz w:val="56"/>
                <w:lang w:val="fr-FR"/>
              </w:rPr>
              <w:t>BRUMEUX</w:t>
            </w:r>
          </w:p>
          <w:p>
            <w:pPr>
              <w:pStyle w:val="Normal"/>
              <w:spacing w:before="0" w:after="40"/>
              <w:jc w:val="center"/>
              <w:rPr>
                <w:lang w:val="fr-FR"/>
              </w:rPr>
            </w:pPr>
            <w:r>
              <w:rPr>
                <w:rFonts w:cs="Marelle" w:ascii="Marelle" w:hAnsi="Marelle"/>
                <w:b w:val="false"/>
                <w:i w:val="false"/>
                <w:color w:val="191919"/>
                <w:spacing w:val="-160"/>
                <w:sz w:val="80"/>
                <w:lang w:val="fr-FR"/>
                <w14:ligatures w14:val="all"/>
              </w:rPr>
              <w:t>B</w:t>
            </w:r>
            <w:r>
              <w:rPr>
                <w:rFonts w:cs="Marelle" w:ascii="Marelle" w:hAnsi="Marelle"/>
                <w:b w:val="false"/>
                <w:i w:val="false"/>
                <w:color w:val="191919"/>
                <w:sz w:val="80"/>
                <w:lang w:val="fr-FR"/>
                <w14:ligatures w14:val="all"/>
              </w:rPr>
              <w:t>rumeux</w:t>
            </w:r>
          </w:p>
          <w:p>
            <w:pPr>
              <w:pStyle w:val="Normal"/>
              <w:spacing w:before="0" w:after="40"/>
              <w:jc w:val="center"/>
              <w:rPr>
                <w:rFonts w:ascii="Arial" w:hAnsi="Arial" w:cs="Arial"/>
                <w:b w:val="false"/>
                <w:i/>
                <w:color w:val="4B555F"/>
                <w:sz w:val="30"/>
                <w:lang w:val="fr-FR"/>
              </w:rPr>
            </w:pPr>
            <w:r>
              <w:rPr>
                <w:rFonts w:cs="Arial" w:ascii="Arial" w:hAnsi="Arial"/>
                <w:b w:val="false"/>
                <w:i/>
                <w:color w:val="4B555F"/>
                <w:sz w:val="30"/>
                <w:lang w:val="fr-FR"/>
              </w:rPr>
            </w:r>
          </w:p>
          <w:p>
            <w:pPr>
              <w:pStyle w:val="Normal"/>
              <w:spacing w:before="0" w:after="40"/>
              <w:jc w:val="center"/>
              <w:rPr>
                <w:rFonts w:ascii="Arial" w:hAnsi="Arial" w:cs="Arial"/>
                <w:b w:val="false"/>
                <w:i/>
                <w:color w:val="4B555F"/>
                <w:sz w:val="30"/>
                <w:lang w:val="fr-FR"/>
              </w:rPr>
            </w:pPr>
            <w:r>
              <w:rPr>
                <w:rFonts w:cs="Arial" w:ascii="Arial" w:hAnsi="Arial"/>
                <w:b w:val="false"/>
                <w:i/>
                <w:color w:val="4B555F"/>
                <w:sz w:val="30"/>
                <w:lang w:val="fr-FR"/>
              </w:rPr>
              <w:t>(Il y a du brouillard)</w:t>
            </w:r>
          </w:p>
        </w:tc>
      </w:tr>
    </w:tbl>
    <w:p>
      <w:pPr>
        <w:pStyle w:val="Normal"/>
        <w:spacing w:lineRule="exact" w:line="20" w:before="0" w:after="0"/>
        <w:rPr>
          <w:lang w:val="fr-FR"/>
        </w:rPr>
      </w:pPr>
      <w:r>
        <w:rPr>
          <w:lang w:val="fr-FR"/>
        </w:rPr>
      </w:r>
      <w:r>
        <w:br w:type="page"/>
      </w:r>
    </w:p>
    <w:tbl>
      <w:tblPr>
        <w:tblW w:w="10800" w:type="dxa"/>
        <w:jc w:val="center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firstRow="1" w:noVBand="1" w:lastRow="0" w:firstColumn="1" w:lastColumn="0" w:noHBand="0"/>
      </w:tblPr>
      <w:tblGrid>
        <w:gridCol w:w="10800"/>
      </w:tblGrid>
      <w:tr>
        <w:trPr>
          <w:trHeight w:val="6912" w:hRule="atLeast"/>
        </w:trPr>
        <w:tc>
          <w:tcPr>
            <w:tcW w:w="10800" w:type="dxa"/>
            <w:tcBorders>
              <w:top w:val="dashed" w:sz="12" w:space="0" w:color="AAAAAA"/>
              <w:start w:val="dashed" w:sz="12" w:space="0" w:color="AAAAAA"/>
              <w:bottom w:val="dashed" w:sz="12" w:space="0" w:color="AAAAAA"/>
              <w:end w:val="dashed" w:sz="12" w:space="0" w:color="AAAAAA"/>
            </w:tcBorders>
            <w:vAlign w:val="center"/>
          </w:tcPr>
          <w:p>
            <w:pPr>
              <w:pStyle w:val="Normal"/>
              <w:pageBreakBefore/>
              <w:spacing w:before="0" w:after="40"/>
              <w:jc w:val="center"/>
              <w:rPr>
                <w:lang w:val="fr-FR"/>
              </w:rPr>
            </w:pPr>
            <w:r>
              <w:rPr>
                <w:lang w:val="fr-FR"/>
              </w:rPr>
              <w:drawing>
                <wp:inline distT="0" distB="0" distL="0" distR="0">
                  <wp:extent cx="1554480" cy="1554480"/>
                  <wp:effectExtent l="0" t="0" r="0" b="0"/>
                  <wp:docPr id="8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54480" cy="15544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Normal"/>
              <w:spacing w:before="80" w:after="40"/>
              <w:jc w:val="center"/>
              <w:rPr>
                <w:rFonts w:ascii="Arial" w:hAnsi="Arial" w:cs="Arial"/>
                <w:b/>
                <w:i w:val="false"/>
                <w:color w:val="191919"/>
                <w:sz w:val="56"/>
                <w:lang w:val="fr-FR"/>
              </w:rPr>
            </w:pPr>
            <w:r>
              <w:rPr>
                <w:rFonts w:cs="Arial" w:ascii="Arial" w:hAnsi="Arial"/>
                <w:b/>
                <w:i w:val="false"/>
                <w:color w:val="191919"/>
                <w:sz w:val="56"/>
                <w:lang w:val="fr-FR"/>
              </w:rPr>
              <w:t>FROID</w:t>
            </w:r>
          </w:p>
          <w:p>
            <w:pPr>
              <w:pStyle w:val="Normal"/>
              <w:spacing w:before="80" w:after="40"/>
              <w:jc w:val="center"/>
              <w:rPr>
                <w:rFonts w:ascii="Arial" w:hAnsi="Arial" w:cs="Arial"/>
                <w:b/>
                <w:i w:val="false"/>
                <w:color w:val="191919"/>
                <w:sz w:val="56"/>
                <w:lang w:val="fr-FR"/>
              </w:rPr>
            </w:pPr>
            <w:r>
              <w:rPr>
                <w:rFonts w:cs="Arial" w:ascii="Arial" w:hAnsi="Arial"/>
                <w:b/>
                <w:i w:val="false"/>
                <w:color w:val="191919"/>
                <w:sz w:val="56"/>
                <w:lang w:val="fr-FR"/>
              </w:rPr>
            </w:r>
          </w:p>
          <w:p>
            <w:pPr>
              <w:pStyle w:val="Normal"/>
              <w:spacing w:before="0" w:after="40"/>
              <w:jc w:val="center"/>
              <w:rPr>
                <w:lang w:val="fr-FR"/>
              </w:rPr>
            </w:pPr>
            <w:r>
              <w:rPr>
                <w:rFonts w:cs="Marelle" w:ascii="Marelle" w:hAnsi="Marelle"/>
                <w:b w:val="false"/>
                <w:i w:val="false"/>
                <w:color w:val="191919"/>
                <w:spacing w:val="-160"/>
                <w:kern w:val="2"/>
                <w:sz w:val="80"/>
                <w:lang w:val="fr-FR"/>
                <w14:ligatures w14:val="all"/>
              </w:rPr>
              <w:t>F</w:t>
            </w:r>
            <w:r>
              <w:rPr>
                <w:rFonts w:cs="Marelle" w:ascii="Marelle" w:hAnsi="Marelle"/>
                <w:b w:val="false"/>
                <w:i w:val="false"/>
                <w:color w:val="191919"/>
                <w:sz w:val="80"/>
                <w:lang w:val="fr-FR"/>
                <w14:ligatures w14:val="all"/>
              </w:rPr>
              <w:t>roid</w:t>
            </w:r>
          </w:p>
          <w:p>
            <w:pPr>
              <w:pStyle w:val="Normal"/>
              <w:spacing w:before="0" w:after="40"/>
              <w:jc w:val="center"/>
              <w:rPr>
                <w:rFonts w:ascii="Arial" w:hAnsi="Arial" w:cs="Arial"/>
                <w:b w:val="false"/>
                <w:i/>
                <w:color w:val="4B555F"/>
                <w:sz w:val="30"/>
                <w:lang w:val="fr-FR"/>
              </w:rPr>
            </w:pPr>
            <w:r>
              <w:rPr>
                <w:rFonts w:cs="Arial" w:ascii="Arial" w:hAnsi="Arial"/>
                <w:b w:val="false"/>
                <w:i/>
                <w:color w:val="4B555F"/>
                <w:sz w:val="30"/>
                <w:lang w:val="fr-FR"/>
              </w:rPr>
              <w:t>(Il fait froid)</w:t>
            </w:r>
          </w:p>
        </w:tc>
      </w:tr>
      <w:tr>
        <w:trPr>
          <w:trHeight w:val="6912" w:hRule="atLeast"/>
        </w:trPr>
        <w:tc>
          <w:tcPr>
            <w:tcW w:w="10800" w:type="dxa"/>
            <w:tcBorders>
              <w:top w:val="dashed" w:sz="12" w:space="0" w:color="AAAAAA"/>
              <w:start w:val="dashed" w:sz="12" w:space="0" w:color="AAAAAA"/>
              <w:bottom w:val="dashed" w:sz="12" w:space="0" w:color="AAAAAA"/>
              <w:end w:val="dashed" w:sz="12" w:space="0" w:color="AAAAAA"/>
            </w:tcBorders>
            <w:vAlign w:val="center"/>
          </w:tcPr>
          <w:p>
            <w:pPr>
              <w:pStyle w:val="Normal"/>
              <w:spacing w:before="40" w:after="40"/>
              <w:jc w:val="center"/>
              <w:rPr>
                <w:lang w:val="fr-FR"/>
              </w:rPr>
            </w:pPr>
            <w:r>
              <w:rPr>
                <w:lang w:val="fr-FR"/>
              </w:rPr>
              <w:drawing>
                <wp:inline distT="0" distB="0" distL="0" distR="0">
                  <wp:extent cx="1554480" cy="1554480"/>
                  <wp:effectExtent l="0" t="0" r="0" b="0"/>
                  <wp:docPr id="9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54480" cy="15544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Normal"/>
              <w:spacing w:before="80" w:after="40"/>
              <w:jc w:val="center"/>
              <w:rPr>
                <w:rFonts w:ascii="Arial" w:hAnsi="Arial" w:cs="Arial"/>
                <w:b/>
                <w:i w:val="false"/>
                <w:color w:val="191919"/>
                <w:sz w:val="56"/>
                <w:lang w:val="fr-FR"/>
              </w:rPr>
            </w:pPr>
            <w:r>
              <w:rPr>
                <w:rFonts w:cs="Arial" w:ascii="Arial" w:hAnsi="Arial"/>
                <w:b/>
                <w:i w:val="false"/>
                <w:color w:val="191919"/>
                <w:sz w:val="56"/>
                <w:lang w:val="fr-FR"/>
              </w:rPr>
              <w:t>CHAUD</w:t>
            </w:r>
          </w:p>
          <w:p>
            <w:pPr>
              <w:pStyle w:val="Normal"/>
              <w:spacing w:before="80" w:after="40"/>
              <w:jc w:val="center"/>
              <w:rPr>
                <w:rFonts w:ascii="Arial" w:hAnsi="Arial" w:cs="Arial"/>
                <w:b/>
                <w:i w:val="false"/>
                <w:color w:val="191919"/>
                <w:sz w:val="56"/>
                <w:lang w:val="fr-FR"/>
              </w:rPr>
            </w:pPr>
            <w:r>
              <w:rPr>
                <w:rFonts w:cs="Arial" w:ascii="Arial" w:hAnsi="Arial"/>
                <w:b/>
                <w:i w:val="false"/>
                <w:color w:val="191919"/>
                <w:sz w:val="56"/>
                <w:lang w:val="fr-FR"/>
              </w:rPr>
            </w:r>
          </w:p>
          <w:p>
            <w:pPr>
              <w:pStyle w:val="Normal"/>
              <w:spacing w:before="0" w:after="40"/>
              <w:jc w:val="center"/>
              <w:rPr>
                <w:lang w:val="fr-FR"/>
              </w:rPr>
            </w:pPr>
            <w:r>
              <w:rPr>
                <w:rFonts w:cs="Marelle" w:ascii="Marelle" w:hAnsi="Marelle"/>
                <w:b w:val="false"/>
                <w:i w:val="false"/>
                <w:color w:val="191919"/>
                <w:sz w:val="80"/>
                <w:lang w:val="fr-FR"/>
                <w14:ligatures w14:val="all"/>
              </w:rPr>
              <w:t>Chaud</w:t>
            </w:r>
          </w:p>
          <w:p>
            <w:pPr>
              <w:pStyle w:val="Normal"/>
              <w:spacing w:before="0" w:after="40"/>
              <w:jc w:val="center"/>
              <w:rPr>
                <w:rFonts w:ascii="Arial" w:hAnsi="Arial" w:cs="Arial"/>
                <w:b w:val="false"/>
                <w:i/>
                <w:color w:val="4B555F"/>
                <w:sz w:val="30"/>
                <w:lang w:val="fr-FR"/>
              </w:rPr>
            </w:pPr>
            <w:r>
              <w:rPr>
                <w:rFonts w:cs="Arial" w:ascii="Arial" w:hAnsi="Arial"/>
                <w:b w:val="false"/>
                <w:i/>
                <w:color w:val="4B555F"/>
                <w:sz w:val="30"/>
                <w:lang w:val="fr-FR"/>
              </w:rPr>
              <w:t>(Il fait chaud)</w:t>
            </w:r>
          </w:p>
        </w:tc>
      </w:tr>
    </w:tbl>
    <w:sectPr>
      <w:type w:val="nextPage"/>
      <w:pgSz w:w="12240" w:h="15840"/>
      <w:pgMar w:left="720" w:right="720" w:gutter="0" w:header="0" w:top="576" w:footer="0" w:bottom="576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Cambria">
    <w:charset w:val="01"/>
    <w:family w:val="swiss"/>
    <w:pitch w:val="default"/>
  </w:font>
  <w:font w:name="Calibri">
    <w:charset w:val="01"/>
    <w:family w:val="swiss"/>
    <w:pitch w:val="default"/>
  </w:font>
  <w:font w:name="Courier">
    <w:altName w:val="Courier New"/>
    <w:charset w:val="01"/>
    <w:family w:val="swiss"/>
    <w:pitch w:val="default"/>
  </w:font>
  <w:font w:name="Arial">
    <w:charset w:val="01"/>
    <w:family w:val="swiss"/>
    <w:pitch w:val="default"/>
  </w:font>
  <w:font w:name="Marelle">
    <w:charset w:val="01"/>
    <w:family w:val="swiss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start"/>
      <w:pPr>
        <w:tabs>
          <w:tab w:val="num" w:pos="360"/>
        </w:tabs>
        <w:ind w:star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</w:lvl>
  </w:abstractNum>
  <w:abstractNum w:abstractNumId="2"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</w:lvl>
  </w:abstractNum>
  <w:abstractNum w:abstractNumId="3">
    <w:lvl w:ilvl="0">
      <w:start w:val="1"/>
      <w:numFmt w:val="bullet"/>
      <w:lvlText w:val=""/>
      <w:lvlJc w:val="start"/>
      <w:pPr>
        <w:tabs>
          <w:tab w:val="num" w:pos="1080"/>
        </w:tabs>
        <w:ind w:start="108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</w:lvl>
  </w:abstractNum>
  <w:abstractNum w:abstractNumId="4">
    <w:lvl w:ilvl="0">
      <w:start w:val="1"/>
      <w:numFmt w:val="decimal"/>
      <w:lvlText w:val="%1."/>
      <w:lvlJc w:val="start"/>
      <w:pPr>
        <w:tabs>
          <w:tab w:val="num" w:pos="360"/>
        </w:tabs>
        <w:ind w:start="360" w:hanging="360"/>
      </w:pPr>
      <w:rPr/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</w:lvl>
  </w:abstractNum>
  <w:abstractNum w:abstractNumId="5">
    <w:lvl w:ilvl="0">
      <w:start w:val="1"/>
      <w:numFmt w:val="decimal"/>
      <w:lvlText w:val="%1."/>
      <w:lvlJc w:val="start"/>
      <w:pPr>
        <w:tabs>
          <w:tab w:val="num" w:pos="720"/>
        </w:tabs>
        <w:ind w:start="720" w:hanging="360"/>
      </w:pPr>
      <w:rPr/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</w:lvl>
  </w:abstractNum>
  <w:abstractNum w:abstractNumId="6">
    <w:lvl w:ilvl="0">
      <w:start w:val="1"/>
      <w:numFmt w:val="decimal"/>
      <w:lvlText w:val="%1."/>
      <w:lvlJc w:val="start"/>
      <w:pPr>
        <w:tabs>
          <w:tab w:val="num" w:pos="1080"/>
        </w:tabs>
        <w:ind w:start="1080" w:hanging="360"/>
      </w:pPr>
      <w:rPr/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</w:lvl>
  </w:abstractNum>
  <w:abstractNum w:abstractNumId="7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20"/>
  <w:defaultTabStop w:val="720"/>
  <w:autoHyphenation w:val="true"/>
  <w:hyphenationZone w:val="0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ja-JP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mbria" w:hAnsi="Cambria" w:eastAsia="ＭＳ 明朝" w:cs="" w:asciiTheme="minorHAnsi" w:cstheme="minorBidi" w:eastAsiaTheme="minorEastAsia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76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fc693f"/>
    <w:pPr>
      <w:widowControl/>
      <w:bidi w:val="0"/>
      <w:spacing w:lineRule="auto" w:line="276" w:before="0" w:after="200"/>
      <w:jc w:val="start"/>
    </w:pPr>
    <w:rPr>
      <w:rFonts w:ascii="Cambria" w:hAnsi="Cambria" w:eastAsia="ＭＳ 明朝" w:cs="" w:asciiTheme="minorHAnsi" w:cstheme="minorBidi" w:eastAsiaTheme="minorEastAsia" w:hAnsiTheme="minorHAnsi"/>
      <w:color w:val="auto"/>
      <w:kern w:val="0"/>
      <w:sz w:val="22"/>
      <w:szCs w:val="22"/>
      <w:lang w:val="en-US" w:eastAsia="en-US" w:bidi="ar-SA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 w:val="true"/>
      <w:keepLines/>
      <w:spacing w:before="480" w:after="0"/>
      <w:outlineLvl w:val="0"/>
    </w:pPr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 w:val="true"/>
      <w:keepLines/>
      <w:spacing w:before="200" w:after="0"/>
      <w:outlineLvl w:val="1"/>
    </w:pPr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 w:val="true"/>
      <w:keepLines/>
      <w:spacing w:before="200" w:after="0"/>
      <w:outlineLvl w:val="2"/>
    </w:pPr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val="4F81BD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 w:val="true"/>
      <w:keepLines/>
      <w:spacing w:before="200" w:after="0"/>
      <w:outlineLvl w:val="3"/>
    </w:pPr>
    <w:rPr>
      <w:rFonts w:ascii="Calibri" w:hAnsi="Calibri" w:eastAsia="ＭＳ ゴシック" w:cs="" w:asciiTheme="majorHAnsi" w:cstheme="majorBidi" w:eastAsiaTheme="majorEastAsia" w:hAnsiTheme="majorHAnsi"/>
      <w:b/>
      <w:bCs/>
      <w:i/>
      <w:iCs/>
      <w:color w:themeColor="accent1" w:val="4F81BD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 w:val="true"/>
      <w:keepLines/>
      <w:spacing w:before="200" w:after="0"/>
      <w:outlineLvl w:val="4"/>
    </w:pPr>
    <w:rPr>
      <w:rFonts w:ascii="Calibri" w:hAnsi="Calibri" w:eastAsia="ＭＳ ゴシック" w:cs="" w:asciiTheme="majorHAnsi" w:cstheme="majorBidi" w:eastAsiaTheme="majorEastAsia" w:hAnsiTheme="majorHAnsi"/>
      <w:color w:themeColor="accent1" w:themeShade="7f" w:val="243F6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 w:val="true"/>
      <w:keepLines/>
      <w:spacing w:before="200" w:after="0"/>
      <w:outlineLvl w:val="5"/>
    </w:pPr>
    <w:rPr>
      <w:rFonts w:ascii="Calibri" w:hAnsi="Calibri" w:eastAsia="ＭＳ ゴシック" w:cs="" w:asciiTheme="majorHAnsi" w:cstheme="majorBidi" w:eastAsiaTheme="majorEastAsia" w:hAnsiTheme="majorHAnsi"/>
      <w:i/>
      <w:iCs/>
      <w:color w:themeColor="accent1" w:themeShade="7f" w:val="243F6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 w:val="true"/>
      <w:keepLines/>
      <w:spacing w:before="200" w:after="0"/>
      <w:outlineLvl w:val="6"/>
    </w:pPr>
    <w:rPr>
      <w:rFonts w:ascii="Calibri" w:hAnsi="Calibri" w:eastAsia="ＭＳ ゴシック" w:cs="" w:asciiTheme="majorHAnsi" w:cstheme="majorBidi" w:eastAsiaTheme="majorEastAsia" w:hAnsiTheme="majorHAnsi"/>
      <w:i/>
      <w:iCs/>
      <w:color w:themeColor="text1" w:themeTint="bf" w:val="40404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 w:val="true"/>
      <w:keepLines/>
      <w:spacing w:before="200" w:after="0"/>
      <w:outlineLvl w:val="7"/>
    </w:pPr>
    <w:rPr>
      <w:rFonts w:ascii="Calibri" w:hAnsi="Calibri" w:eastAsia="ＭＳ ゴシック" w:cs="" w:asciiTheme="majorHAnsi" w:cstheme="majorBidi" w:eastAsiaTheme="majorEastAsia" w:hAnsiTheme="majorHAnsi"/>
      <w:color w:themeColor="accent1" w:val="4F81BD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 w:val="true"/>
      <w:keepLines/>
      <w:spacing w:before="200" w:after="0"/>
      <w:outlineLvl w:val="8"/>
    </w:pPr>
    <w:rPr>
      <w:rFonts w:ascii="Calibri" w:hAnsi="Calibri" w:eastAsia="ＭＳ ゴシック" w:cs=""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type="character" w:styleId="HeaderChar" w:customStyle="1">
    <w:name w:val="Header Char"/>
    <w:basedOn w:val="DefaultParagraphFont"/>
    <w:uiPriority w:val="99"/>
    <w:qFormat/>
    <w:rsid w:val="00e618bf"/>
    <w:rPr/>
  </w:style>
  <w:style w:type="character" w:styleId="FooterChar" w:customStyle="1">
    <w:name w:val="Footer Char"/>
    <w:basedOn w:val="DefaultParagraphFont"/>
    <w:uiPriority w:val="99"/>
    <w:qFormat/>
    <w:rsid w:val="00e618bf"/>
    <w:rPr/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type="character" w:styleId="Heading2Char" w:customStyle="1">
    <w:name w:val="Heading 2 Char"/>
    <w:basedOn w:val="DefaultParagraphFont"/>
    <w:uiPriority w:val="9"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type="character" w:styleId="Heading3Char" w:customStyle="1">
    <w:name w:val="Heading 3 Char"/>
    <w:basedOn w:val="DefaultParagraphFont"/>
    <w:uiPriority w:val="9"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val="4F81BD"/>
    </w:rPr>
  </w:style>
  <w:style w:type="character" w:styleId="TitleChar" w:customStyle="1">
    <w:name w:val="Title Char"/>
    <w:basedOn w:val="DefaultParagraphFont"/>
    <w:uiPriority w:val="10"/>
    <w:qFormat/>
    <w:rsid w:val="00fc693f"/>
    <w:rPr>
      <w:rFonts w:ascii="Calibri" w:hAnsi="Calibri" w:eastAsia="ＭＳ ゴシック" w:cs="" w:asciiTheme="majorHAnsi" w:cstheme="majorBidi" w:eastAsiaTheme="majorEastAsia" w:hAnsiTheme="majorHAnsi"/>
      <w:color w:themeColor="text2" w:themeShade="bf" w:val="17365D"/>
      <w:spacing w:val="5"/>
      <w:kern w:val="2"/>
      <w:sz w:val="52"/>
      <w:szCs w:val="52"/>
    </w:rPr>
  </w:style>
  <w:style w:type="character" w:styleId="SubtitleChar" w:customStyle="1">
    <w:name w:val="Subtitle Char"/>
    <w:basedOn w:val="DefaultParagraphFont"/>
    <w:uiPriority w:val="11"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type="character" w:styleId="BodyTextChar" w:customStyle="1">
    <w:name w:val="Body Text Char"/>
    <w:basedOn w:val="DefaultParagraphFont"/>
    <w:uiPriority w:val="99"/>
    <w:qFormat/>
    <w:rsid w:val="00aa1d8d"/>
    <w:rPr/>
  </w:style>
  <w:style w:type="character" w:styleId="BodyText2Char" w:customStyle="1">
    <w:name w:val="Body Text 2 Char"/>
    <w:basedOn w:val="DefaultParagraphFont"/>
    <w:link w:val="BodyText2"/>
    <w:uiPriority w:val="99"/>
    <w:qFormat/>
    <w:rsid w:val="00aa1d8d"/>
    <w:rPr/>
  </w:style>
  <w:style w:type="character" w:styleId="BodyText3Char" w:customStyle="1">
    <w:name w:val="Body Text 3 Char"/>
    <w:basedOn w:val="DefaultParagraphFont"/>
    <w:link w:val="BodyText3"/>
    <w:uiPriority w:val="99"/>
    <w:qFormat/>
    <w:rsid w:val="00aa1d8d"/>
    <w:rPr>
      <w:sz w:val="16"/>
      <w:szCs w:val="16"/>
    </w:rPr>
  </w:style>
  <w:style w:type="character" w:styleId="MacroTextChar" w:customStyle="1">
    <w:name w:val="Macro Text Char"/>
    <w:basedOn w:val="DefaultParagraphFont"/>
    <w:link w:val="MacroText"/>
    <w:uiPriority w:val="99"/>
    <w:qFormat/>
    <w:rsid w:val="0029639d"/>
    <w:rPr>
      <w:rFonts w:ascii="Courier" w:hAnsi="Courier"/>
      <w:sz w:val="20"/>
      <w:szCs w:val="20"/>
    </w:rPr>
  </w:style>
  <w:style w:type="character" w:styleId="QuoteChar" w:customStyle="1">
    <w:name w:val="Quote Char"/>
    <w:basedOn w:val="DefaultParagraphFont"/>
    <w:link w:val="Quote"/>
    <w:uiPriority w:val="29"/>
    <w:qFormat/>
    <w:rsid w:val="00fc693f"/>
    <w:rPr>
      <w:i/>
      <w:iCs/>
      <w:color w:themeColor="text1" w:val="000000"/>
    </w:rPr>
  </w:style>
  <w:style w:type="character" w:styleId="Heading4Char" w:customStyle="1">
    <w:name w:val="Heading 4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i/>
      <w:iCs/>
      <w:color w:themeColor="accent1" w:val="4F81BD"/>
    </w:rPr>
  </w:style>
  <w:style w:type="character" w:styleId="Heading5Char" w:customStyle="1">
    <w:name w:val="Heading 5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color w:themeColor="accent1" w:themeShade="7f" w:val="243F60"/>
    </w:rPr>
  </w:style>
  <w:style w:type="character" w:styleId="Heading6Char" w:customStyle="1">
    <w:name w:val="Heading 6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themeColor="accent1" w:themeShade="7f" w:val="243F60"/>
    </w:rPr>
  </w:style>
  <w:style w:type="character" w:styleId="Heading7Char" w:customStyle="1">
    <w:name w:val="Heading 7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themeColor="text1" w:themeTint="bf" w:val="404040"/>
    </w:rPr>
  </w:style>
  <w:style w:type="character" w:styleId="Heading8Char" w:customStyle="1">
    <w:name w:val="Heading 8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color w:themeColor="accent1" w:val="4F81BD"/>
      <w:sz w:val="20"/>
      <w:szCs w:val="20"/>
    </w:rPr>
  </w:style>
  <w:style w:type="character" w:styleId="Heading9Char" w:customStyle="1">
    <w:name w:val="Heading 9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character" w:styleId="IntenseQuoteChar" w:customStyle="1">
    <w:name w:val="Intense Quote Char"/>
    <w:basedOn w:val="DefaultParagraphFont"/>
    <w:link w:val="IntenseQuote"/>
    <w:uiPriority w:val="30"/>
    <w:qFormat/>
    <w:rsid w:val="00fc693f"/>
    <w:rPr>
      <w:b/>
      <w:bCs/>
      <w:i/>
      <w:iCs/>
      <w:color w:themeColor="accent1" w:val="4F81BD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itre">
    <w:name w:val="Titre"/>
    <w:basedOn w:val="Normal"/>
    <w:next w:val="BodyText"/>
    <w:qFormat/>
    <w:pPr>
      <w:keepNext w:val="true"/>
      <w:spacing w:before="240" w:after="120"/>
    </w:pPr>
    <w:rPr>
      <w:rFonts w:ascii="Arial" w:hAnsi="Arial" w:eastAsia="Microsoft YaHei" w:cs="Arial"/>
      <w:sz w:val="30"/>
      <w:szCs w:val="28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before="0" w:after="120"/>
    </w:pPr>
    <w:rPr/>
  </w:style>
  <w:style w:type="paragraph" w:styleId="List">
    <w:name w:val="List"/>
    <w:basedOn w:val="Normal"/>
    <w:uiPriority w:val="99"/>
    <w:unhideWhenUsed/>
    <w:rsid w:val="00aa1d8d"/>
    <w:pPr>
      <w:spacing w:before="0" w:after="200"/>
      <w:ind w:hanging="360" w:start="360"/>
      <w:contextualSpacing/>
    </w:pPr>
    <w:rPr/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Rule="auto" w:line="240"/>
    </w:pPr>
    <w:rPr>
      <w:b/>
      <w:bCs/>
      <w:color w:themeColor="accent1" w:val="4F81BD"/>
      <w:sz w:val="18"/>
      <w:szCs w:val="18"/>
    </w:rPr>
  </w:style>
  <w:style w:type="paragraph" w:styleId="Index">
    <w:name w:val="Index"/>
    <w:basedOn w:val="Normal"/>
    <w:qFormat/>
    <w:pPr>
      <w:suppressLineNumbers/>
    </w:pPr>
    <w:rPr>
      <w:rFonts w:ascii="Arial" w:hAnsi="Arial" w:cs="Arial"/>
      <w:sz w:val="24"/>
    </w:rPr>
  </w:style>
  <w:style w:type="paragraph" w:styleId="En-tteetpieddepage">
    <w:name w:val="En-tête et pied de page"/>
    <w:basedOn w:val="Normal"/>
    <w:qFormat/>
    <w:pPr/>
    <w:rPr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NoSpacing">
    <w:name w:val="No Spacing"/>
    <w:uiPriority w:val="1"/>
    <w:qFormat/>
    <w:rsid w:val="00fc693f"/>
    <w:pPr>
      <w:widowControl/>
      <w:bidi w:val="0"/>
      <w:spacing w:lineRule="auto" w:line="240" w:before="0" w:after="0"/>
      <w:jc w:val="start"/>
    </w:pPr>
    <w:rPr>
      <w:rFonts w:ascii="Cambria" w:hAnsi="Cambria" w:eastAsia="ＭＳ 明朝" w:cs="" w:asciiTheme="minorHAnsi" w:cstheme="minorBidi" w:eastAsiaTheme="minorEastAsia" w:hAnsiTheme="minorHAnsi"/>
      <w:color w:val="auto"/>
      <w:kern w:val="0"/>
      <w:sz w:val="22"/>
      <w:szCs w:val="22"/>
      <w:lang w:val="en-US" w:eastAsia="en-US" w:bidi="ar-SA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lineRule="auto" w:line="240" w:before="0" w:after="300"/>
      <w:contextualSpacing/>
    </w:pPr>
    <w:rPr>
      <w:rFonts w:ascii="Calibri" w:hAnsi="Calibri" w:eastAsia="ＭＳ ゴシック" w:cs="" w:asciiTheme="majorHAnsi" w:cstheme="majorBidi" w:eastAsiaTheme="majorEastAsia" w:hAnsiTheme="majorHAnsi"/>
      <w:color w:themeColor="text2" w:themeShade="bf" w:val="17365D"/>
      <w:spacing w:val="5"/>
      <w:kern w:val="2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/>
    <w:rPr>
      <w:rFonts w:ascii="Calibri" w:hAnsi="Calibri" w:eastAsia="ＭＳ ゴシック" w:cs=""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spacing w:before="0" w:after="200"/>
      <w:ind w:start="720"/>
      <w:contextualSpacing/>
    </w:pPr>
    <w:rPr/>
  </w:style>
  <w:style w:type="paragraph" w:styleId="BodyText2">
    <w:name w:val="Body Text 2"/>
    <w:basedOn w:val="Normal"/>
    <w:link w:val="BodyText2Char"/>
    <w:uiPriority w:val="99"/>
    <w:unhideWhenUsed/>
    <w:qFormat/>
    <w:rsid w:val="00aa1d8d"/>
    <w:pPr>
      <w:spacing w:lineRule="auto" w:line="480" w:before="0" w:after="120"/>
    </w:pPr>
    <w:rPr/>
  </w:style>
  <w:style w:type="paragraph" w:styleId="BodyText3">
    <w:name w:val="Body Text 3"/>
    <w:basedOn w:val="Normal"/>
    <w:link w:val="BodyText3Char"/>
    <w:uiPriority w:val="99"/>
    <w:unhideWhenUsed/>
    <w:qFormat/>
    <w:rsid w:val="00aa1d8d"/>
    <w:pPr>
      <w:spacing w:before="0" w:after="120"/>
    </w:pPr>
    <w:rPr>
      <w:sz w:val="16"/>
      <w:szCs w:val="16"/>
    </w:rPr>
  </w:style>
  <w:style w:type="paragraph" w:styleId="List2">
    <w:name w:val="List 2"/>
    <w:basedOn w:val="Normal"/>
    <w:uiPriority w:val="99"/>
    <w:unhideWhenUsed/>
    <w:qFormat/>
    <w:rsid w:val="00326f90"/>
    <w:pPr>
      <w:spacing w:before="0" w:after="200"/>
      <w:ind w:hanging="360" w:start="720"/>
      <w:contextualSpacing/>
    </w:pPr>
    <w:rPr/>
  </w:style>
  <w:style w:type="paragraph" w:styleId="List3">
    <w:name w:val="List 3"/>
    <w:basedOn w:val="Normal"/>
    <w:uiPriority w:val="99"/>
    <w:unhideWhenUsed/>
    <w:qFormat/>
    <w:rsid w:val="00326f90"/>
    <w:pPr>
      <w:spacing w:before="0" w:after="200"/>
      <w:ind w:hanging="360" w:start="1080"/>
      <w:contextualSpacing/>
    </w:pPr>
    <w:rPr/>
  </w:style>
  <w:style w:type="paragraph" w:styleId="ListBullet">
    <w:name w:val="List Bullet"/>
    <w:basedOn w:val="Normal"/>
    <w:uiPriority w:val="99"/>
    <w:unhideWhenUsed/>
    <w:rsid w:val="00326f90"/>
    <w:pPr>
      <w:numPr>
        <w:ilvl w:val="0"/>
        <w:numId w:val="1"/>
      </w:numPr>
      <w:spacing w:before="0" w:after="200"/>
      <w:contextualSpacing/>
    </w:pPr>
    <w:rPr/>
  </w:style>
  <w:style w:type="paragraph" w:styleId="ListBullet2">
    <w:name w:val="List Bullet 2"/>
    <w:basedOn w:val="Normal"/>
    <w:uiPriority w:val="99"/>
    <w:unhideWhenUsed/>
    <w:rsid w:val="00326f90"/>
    <w:pPr>
      <w:numPr>
        <w:ilvl w:val="0"/>
        <w:numId w:val="2"/>
      </w:numPr>
      <w:spacing w:before="0" w:after="200"/>
      <w:contextualSpacing/>
    </w:pPr>
    <w:rPr/>
  </w:style>
  <w:style w:type="paragraph" w:styleId="ListBullet3">
    <w:name w:val="List Bullet 3"/>
    <w:basedOn w:val="Normal"/>
    <w:uiPriority w:val="99"/>
    <w:unhideWhenUsed/>
    <w:rsid w:val="00326f90"/>
    <w:pPr>
      <w:numPr>
        <w:ilvl w:val="0"/>
        <w:numId w:val="3"/>
      </w:numPr>
      <w:spacing w:before="0" w:after="200"/>
      <w:contextualSpacing/>
    </w:pPr>
    <w:rPr/>
  </w:style>
  <w:style w:type="paragraph" w:styleId="ListNumber">
    <w:name w:val="List Number"/>
    <w:basedOn w:val="Normal"/>
    <w:uiPriority w:val="99"/>
    <w:unhideWhenUsed/>
    <w:rsid w:val="00326f90"/>
    <w:pPr>
      <w:numPr>
        <w:ilvl w:val="0"/>
        <w:numId w:val="4"/>
      </w:numPr>
      <w:spacing w:before="0" w:after="200"/>
      <w:contextualSpacing/>
    </w:pPr>
    <w:rPr/>
  </w:style>
  <w:style w:type="paragraph" w:styleId="ListNumber2">
    <w:name w:val="List Number 2"/>
    <w:basedOn w:val="Normal"/>
    <w:uiPriority w:val="99"/>
    <w:unhideWhenUsed/>
    <w:rsid w:val="0029639d"/>
    <w:pPr>
      <w:numPr>
        <w:ilvl w:val="0"/>
        <w:numId w:val="5"/>
      </w:numPr>
      <w:spacing w:before="0" w:after="200"/>
      <w:contextualSpacing/>
    </w:pPr>
    <w:rPr/>
  </w:style>
  <w:style w:type="paragraph" w:styleId="ListNumber3">
    <w:name w:val="List Number 3"/>
    <w:basedOn w:val="Normal"/>
    <w:uiPriority w:val="99"/>
    <w:unhideWhenUsed/>
    <w:rsid w:val="0029639d"/>
    <w:pPr>
      <w:numPr>
        <w:ilvl w:val="0"/>
        <w:numId w:val="6"/>
      </w:numPr>
      <w:spacing w:before="0" w:after="200"/>
      <w:contextualSpacing/>
    </w:pPr>
    <w:rPr/>
  </w:style>
  <w:style w:type="paragraph" w:styleId="ListContinue">
    <w:name w:val="List Continue"/>
    <w:basedOn w:val="Normal"/>
    <w:uiPriority w:val="99"/>
    <w:unhideWhenUsed/>
    <w:rsid w:val="0029639d"/>
    <w:pPr>
      <w:spacing w:before="0" w:after="120"/>
      <w:ind w:start="360"/>
      <w:contextualSpacing/>
    </w:pPr>
    <w:rPr/>
  </w:style>
  <w:style w:type="paragraph" w:styleId="ListContinue2">
    <w:name w:val="List Continue 2"/>
    <w:basedOn w:val="Normal"/>
    <w:uiPriority w:val="99"/>
    <w:unhideWhenUsed/>
    <w:rsid w:val="0029639d"/>
    <w:pPr>
      <w:spacing w:before="0" w:after="120"/>
      <w:ind w:start="720"/>
      <w:contextualSpacing/>
    </w:pPr>
    <w:rPr/>
  </w:style>
  <w:style w:type="paragraph" w:styleId="ListContinue3">
    <w:name w:val="List Continue 3"/>
    <w:basedOn w:val="Normal"/>
    <w:uiPriority w:val="99"/>
    <w:unhideWhenUsed/>
    <w:rsid w:val="0029639d"/>
    <w:pPr>
      <w:spacing w:before="0" w:after="120"/>
      <w:ind w:start="1080"/>
      <w:contextualSpacing/>
    </w:pPr>
    <w:rPr/>
  </w:style>
  <w:style w:type="paragraph" w:styleId="MacroText">
    <w:name w:val="macro"/>
    <w:link w:val="MacroTextChar"/>
    <w:uiPriority w:val="99"/>
    <w:unhideWhenUsed/>
    <w:qFormat/>
    <w:rsid w:val="0029639d"/>
    <w:pPr>
      <w:widowControl/>
      <w:tabs>
        <w:tab w:val="clear" w:pos="720"/>
        <w:tab w:val="left" w:pos="576" w:leader="none"/>
        <w:tab w:val="left" w:pos="1152" w:leader="none"/>
        <w:tab w:val="left" w:pos="1728" w:leader="none"/>
        <w:tab w:val="left" w:pos="2304" w:leader="none"/>
        <w:tab w:val="left" w:pos="2880" w:leader="none"/>
        <w:tab w:val="left" w:pos="3456" w:leader="none"/>
        <w:tab w:val="left" w:pos="4032" w:leader="none"/>
      </w:tabs>
      <w:bidi w:val="0"/>
      <w:spacing w:lineRule="auto" w:line="276" w:before="0" w:after="200"/>
      <w:jc w:val="start"/>
    </w:pPr>
    <w:rPr>
      <w:rFonts w:ascii="Courier" w:hAnsi="Courier" w:eastAsia="ＭＳ 明朝" w:cs="" w:cstheme="minorBidi" w:eastAsiaTheme="minorEastAsia"/>
      <w:color w:val="auto"/>
      <w:kern w:val="0"/>
      <w:sz w:val="20"/>
      <w:szCs w:val="20"/>
      <w:lang w:val="en-US" w:eastAsia="en-US" w:bidi="ar-SA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pPr/>
    <w:rPr>
      <w:i/>
      <w:iCs/>
      <w:color w:themeColor="text1" w:val="00000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start="936" w:end="936"/>
    </w:pPr>
    <w:rPr>
      <w:b/>
      <w:bCs/>
      <w:i/>
      <w:iCs/>
      <w:color w:themeColor="accent1" w:val="4F81BD"/>
    </w:rPr>
  </w:style>
  <w:style w:type="paragraph" w:styleId="IndexHeading">
    <w:name w:val="index heading"/>
    <w:basedOn w:val="Titre"/>
    <w:pPr/>
    <w:rPr/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/>
  </w:style>
  <w:style w:type="numbering" w:styleId="Pasdeliste" w:default="1">
    <w:name w:val="Pas de liste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404040" w:themeColor="text1" w:sz="8" w:space="0"/>
          <w:left w:val="single" w:color="404040" w:themeColor="text1" w:sz="8" w:space="0"/>
          <w:bottom w:val="single" w:color="404040" w:themeColor="text1" w:sz="8" w:space="0"/>
          <w:right w:val="single" w:color="404040" w:themeColor="text1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sz="6" w:space="0"/>
          <w:left w:val="single" w:color="404040" w:themeColor="text1" w:sz="8" w:space="0"/>
          <w:bottom w:val="single" w:color="404040" w:themeColor="text1" w:sz="8" w:space="0"/>
          <w:right w:val="single" w:color="404040" w:themeColor="tex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BA0CD" w:themeColor="accent1" w:sz="8" w:space="0"/>
          <w:left w:val="single" w:color="7BA0CD" w:themeColor="accent1" w:sz="8" w:space="0"/>
          <w:bottom w:val="single" w:color="7BA0CD" w:themeColor="accent1" w:sz="8" w:space="0"/>
          <w:right w:val="single" w:color="7BA0CD" w:themeColor="accent1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sz="6" w:space="0"/>
          <w:left w:val="single" w:color="7BA0CD" w:themeColor="accent1" w:sz="8" w:space="0"/>
          <w:bottom w:val="single" w:color="7BA0CD" w:themeColor="accent1" w:sz="8" w:space="0"/>
          <w:right w:val="single" w:color="7BA0CD" w:themeColor="accen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CF7B79" w:themeColor="accent2" w:sz="8" w:space="0"/>
          <w:left w:val="single" w:color="CF7B79" w:themeColor="accent2" w:sz="8" w:space="0"/>
          <w:bottom w:val="single" w:color="CF7B79" w:themeColor="accent2" w:sz="8" w:space="0"/>
          <w:right w:val="single" w:color="CF7B79" w:themeColor="accent2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sz="6" w:space="0"/>
          <w:left w:val="single" w:color="CF7B79" w:themeColor="accent2" w:sz="8" w:space="0"/>
          <w:bottom w:val="single" w:color="CF7B79" w:themeColor="accent2" w:sz="8" w:space="0"/>
          <w:right w:val="single" w:color="CF7B79" w:themeColor="accent2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B3CC82" w:themeColor="accent3" w:sz="8" w:space="0"/>
          <w:left w:val="single" w:color="B3CC82" w:themeColor="accent3" w:sz="8" w:space="0"/>
          <w:bottom w:val="single" w:color="B3CC82" w:themeColor="accent3" w:sz="8" w:space="0"/>
          <w:right w:val="single" w:color="B3CC82" w:themeColor="accent3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themeColor="accent3" w:sz="6" w:space="0"/>
          <w:left w:val="single" w:color="B3CC82" w:themeColor="accent3" w:sz="8" w:space="0"/>
          <w:bottom w:val="single" w:color="B3CC82" w:themeColor="accent3" w:sz="8" w:space="0"/>
          <w:right w:val="single" w:color="B3CC82" w:themeColor="accent3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9F8AB9" w:themeColor="accent4" w:sz="8" w:space="0"/>
          <w:left w:val="single" w:color="9F8AB9" w:themeColor="accent4" w:sz="8" w:space="0"/>
          <w:bottom w:val="single" w:color="9F8AB9" w:themeColor="accent4" w:sz="8" w:space="0"/>
          <w:right w:val="single" w:color="9F8AB9" w:themeColor="accent4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sz="6" w:space="0"/>
          <w:left w:val="single" w:color="9F8AB9" w:themeColor="accent4" w:sz="8" w:space="0"/>
          <w:bottom w:val="single" w:color="9F8AB9" w:themeColor="accent4" w:sz="8" w:space="0"/>
          <w:right w:val="single" w:color="9F8AB9" w:themeColor="accent4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8C0D4" w:themeColor="accent5" w:sz="8" w:space="0"/>
          <w:left w:val="single" w:color="78C0D4" w:themeColor="accent5" w:sz="8" w:space="0"/>
          <w:bottom w:val="single" w:color="78C0D4" w:themeColor="accent5" w:sz="8" w:space="0"/>
          <w:right w:val="single" w:color="78C0D4" w:themeColor="accent5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sz="6" w:space="0"/>
          <w:left w:val="single" w:color="78C0D4" w:themeColor="accent5" w:sz="8" w:space="0"/>
          <w:bottom w:val="single" w:color="78C0D4" w:themeColor="accent5" w:sz="8" w:space="0"/>
          <w:right w:val="single" w:color="78C0D4" w:themeColor="accent5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F9B074" w:themeColor="accent6" w:sz="8" w:space="0"/>
          <w:left w:val="single" w:color="F9B074" w:themeColor="accent6" w:sz="8" w:space="0"/>
          <w:bottom w:val="single" w:color="F9B074" w:themeColor="accent6" w:sz="8" w:space="0"/>
          <w:right w:val="single" w:color="F9B074" w:themeColor="accent6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sz="6" w:space="0"/>
          <w:left w:val="single" w:color="F9B074" w:themeColor="accent6" w:sz="8" w:space="0"/>
          <w:bottom w:val="single" w:color="F9B074" w:themeColor="accent6" w:sz="8" w:space="0"/>
          <w:right w:val="single" w:color="F9B074" w:themeColor="accent6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404040" w:themeColor="tex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7BA0CD" w:themeColor="accen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CF7B79" w:themeColor="accent2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B3CC82" w:themeColor="accent3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9F8AB9" w:themeColor="accent4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78C0D4" w:themeColor="accent5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F9B074" w:themeColor="accent6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C4C74" w:themeColor="accent1" w:sz="4" w:space="0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772C2A" w:themeColor="accent2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5E7530" w:themeColor="accent3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4C3B62" w:themeColor="accent4" w:sz="4" w:space="0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76A7C" w:themeColor="accent5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B65608" w:themeColor="accent6" w:sz="4" w:space="0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image" Target="media/image3.png"/><Relationship Id="rId5" Type="http://schemas.openxmlformats.org/officeDocument/2006/relationships/image" Target="media/image4.png"/><Relationship Id="rId6" Type="http://schemas.openxmlformats.org/officeDocument/2006/relationships/image" Target="media/image5.png"/><Relationship Id="rId7" Type="http://schemas.openxmlformats.org/officeDocument/2006/relationships/image" Target="media/image6.png"/><Relationship Id="rId8" Type="http://schemas.openxmlformats.org/officeDocument/2006/relationships/image" Target="media/image7.png"/><Relationship Id="rId9" Type="http://schemas.openxmlformats.org/officeDocument/2006/relationships/image" Target="media/image8.png"/><Relationship Id="rId10" Type="http://schemas.openxmlformats.org/officeDocument/2006/relationships/image" Target="media/image9.png"/><Relationship Id="rId11" Type="http://schemas.openxmlformats.org/officeDocument/2006/relationships/numbering" Target="numbering.xml"/><Relationship Id="rId12" Type="http://schemas.openxmlformats.org/officeDocument/2006/relationships/fontTable" Target="fontTable.xml"/><Relationship Id="rId13" Type="http://schemas.openxmlformats.org/officeDocument/2006/relationships/settings" Target="settings.xml"/><Relationship Id="rId14" Type="http://schemas.openxmlformats.org/officeDocument/2006/relationships/theme" Target="theme/theme1.xml"/><Relationship Id="rId15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 pitchFamily="0" charset="1"/>
        <a:ea typeface=""/>
        <a:cs typeface=""/>
      </a:majorFont>
      <a:minorFont>
        <a:latin typeface="Cambria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Application>LibreOffice/26.2.5.2$Windows_X86_64 LibreOffice_project/cd7284b4cbbfeb507e630c1aac019f4157393acb</Application>
  <AppVersion>15.0000</AppVersion>
  <Pages>6</Pages>
  <Words>85</Words>
  <Characters>386</Characters>
  <CharactersWithSpaces>437</CharactersWithSpaces>
  <Paragraphs>43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dc:language>fr-FR</dc:language>
  <cp:lastModifiedBy/>
  <cp:lastPrinted>2026-09-20T17:22:18Z</cp:lastPrinted>
  <dcterms:modified xsi:type="dcterms:W3CDTF">2026-09-20T17:21:45Z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