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JANVIER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Janvier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Janvier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FÉVRIER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Février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pacing w:val="-160"/>
                <w:kern w:val="2"/>
                <w:sz w:val="128"/>
                <w:szCs w:val="128"/>
                <w:lang w:val="fr-FR" w:eastAsia="en-US" w:bidi="ar-SA"/>
                <w14:ligatures w14:val="all"/>
              </w:rPr>
              <w:t>F</w:t>
            </w: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évrier</w:t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MARS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Mars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Mars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AVRIL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Avril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Avril</w:t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MAI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Mai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Mai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JUIN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Juin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Juin</w:t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JUILLET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Juillet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Juillet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AOÛT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Août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Août</w:t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SEPTEMBRE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Septembre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pacing w:val="-160"/>
                <w:kern w:val="2"/>
                <w:sz w:val="128"/>
                <w:szCs w:val="128"/>
                <w:lang w:val="fr-FR" w:eastAsia="en-US" w:bidi="ar-SA"/>
                <w14:ligatures w14:val="all"/>
              </w:rPr>
              <w:t>S</w:t>
            </w: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eptembre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OCTOBRE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Octobre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kern w:val="2"/>
                <w:sz w:val="128"/>
                <w:szCs w:val="128"/>
                <w:lang w:val="fr-FR" w:eastAsia="en-US" w:bidi="ar-SA"/>
                <w14:ligatures w14:val="all"/>
              </w:rPr>
              <w:t>O</w:t>
            </w: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ctobre</w:t>
            </w:r>
          </w:p>
        </w:tc>
      </w:tr>
    </w:tbl>
    <w:p>
      <w:pPr>
        <w:pStyle w:val="Normal"/>
        <w:spacing w:lineRule="exact" w:line="20" w:before="0" w:after="0"/>
        <w:rPr>
          <w:lang w:val="fr-FR" w:eastAsia="en-US" w:bidi="ar-SA"/>
        </w:rPr>
      </w:pPr>
      <w:r>
        <w:rPr>
          <w:lang w:val="fr-FR" w:eastAsia="en-US" w:bidi="ar-SA"/>
        </w:rPr>
      </w:r>
      <w:r>
        <w:br w:type="page"/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800"/>
      </w:tblGrid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pageBreakBefore/>
              <w:spacing w:before="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NOVEMBRE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Novembre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kern w:val="2"/>
                <w:sz w:val="128"/>
                <w:szCs w:val="128"/>
                <w:lang w:val="fr-FR" w:eastAsia="en-US" w:bidi="ar-SA"/>
                <w14:ligatures w14:val="all"/>
              </w:rPr>
              <w:t>N</w:t>
            </w: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ovembre</w:t>
            </w:r>
          </w:p>
        </w:tc>
      </w:tr>
      <w:tr>
        <w:trPr>
          <w:trHeight w:val="6912" w:hRule="atLeast"/>
        </w:trPr>
        <w:tc>
          <w:tcPr>
            <w:tcW w:w="10800" w:type="dxa"/>
            <w:tcBorders>
              <w:top w:val="dashed" w:sz="12" w:space="0" w:color="AAAAAA"/>
              <w:start w:val="dashed" w:sz="12" w:space="0" w:color="AAAAAA"/>
              <w:bottom w:val="dashed" w:sz="12" w:space="0" w:color="AAAAAA"/>
              <w:end w:val="dashed" w:sz="12" w:space="0" w:color="AAAAAA"/>
            </w:tcBorders>
            <w:vAlign w:val="center"/>
          </w:tcPr>
          <w:p>
            <w:pPr>
              <w:pStyle w:val="Normal"/>
              <w:spacing w:before="80" w:after="4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/>
                <w:color w:val="141414"/>
                <w:sz w:val="76"/>
                <w:lang w:val="fr-FR" w:eastAsia="en-US" w:bidi="ar-SA"/>
              </w:rPr>
              <w:t>DÉCEMBRE</w:t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64"/>
                <w:lang w:val="fr-FR" w:eastAsia="en-US" w:bidi="ar-SA"/>
              </w:rPr>
              <w:t>Décembre</w:t>
            </w:r>
          </w:p>
          <w:p>
            <w:pPr>
              <w:pStyle w:val="Normal"/>
              <w:spacing w:before="0" w:after="80"/>
              <w:jc w:val="center"/>
              <w:rPr>
                <w:rFonts w:ascii="Arial" w:hAnsi="Arial" w:cs="Arial"/>
                <w:b w:val="false"/>
                <w:color w:val="141414"/>
                <w:sz w:val="28"/>
                <w:szCs w:val="28"/>
                <w:lang w:val="fr-FR" w:eastAsia="en-US" w:bidi="ar-SA"/>
              </w:rPr>
            </w:pPr>
            <w:r>
              <w:rPr>
                <w:rFonts w:cs="Arial" w:ascii="Arial" w:hAnsi="Arial"/>
                <w:b w:val="false"/>
                <w:color w:val="141414"/>
                <w:sz w:val="28"/>
                <w:szCs w:val="28"/>
                <w:lang w:val="fr-FR" w:eastAsia="en-US" w:bidi="ar-SA"/>
              </w:rPr>
            </w:r>
          </w:p>
          <w:p>
            <w:pPr>
              <w:pStyle w:val="Normal"/>
              <w:spacing w:before="0" w:after="80"/>
              <w:jc w:val="center"/>
              <w:rPr>
                <w:lang w:val="fr-FR" w:eastAsia="en-US" w:bidi="ar-SA"/>
              </w:rPr>
            </w:pPr>
            <w:r>
              <w:rPr>
                <w:rFonts w:cs="Marelle" w:ascii="Marelle" w:hAnsi="Marelle"/>
                <w:b w:val="false"/>
                <w:color w:val="141414"/>
                <w:spacing w:val="-160"/>
                <w:kern w:val="2"/>
                <w:sz w:val="128"/>
                <w:szCs w:val="128"/>
                <w:lang w:val="fr-FR" w:eastAsia="en-US" w:bidi="ar-SA"/>
                <w14:ligatures w14:val="all"/>
              </w:rPr>
              <w:t>D</w:t>
            </w:r>
            <w:r>
              <w:rPr>
                <w:rFonts w:cs="Marelle" w:ascii="Marelle" w:hAnsi="Marelle"/>
                <w:b w:val="false"/>
                <w:color w:val="141414"/>
                <w:sz w:val="128"/>
                <w:szCs w:val="128"/>
                <w:lang w:val="fr-FR" w:eastAsia="en-US" w:bidi="ar-SA"/>
                <w14:ligatures w14:val="all"/>
              </w:rPr>
              <w:t>écembre</w:t>
            </w:r>
          </w:p>
        </w:tc>
      </w:tr>
    </w:tbl>
    <w:sectPr>
      <w:type w:val="nextPage"/>
      <w:pgSz w:w="12240" w:h="15840"/>
      <w:pgMar w:left="720" w:right="720" w:gutter="0" w:header="0" w:top="576" w:footer="0" w:bottom="5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1"/>
    <w:family w:val="swiss"/>
    <w:pitch w:val="default"/>
  </w:font>
  <w:font w:name="Calibri">
    <w:charset w:val="01"/>
    <w:family w:val="swiss"/>
    <w:pitch w:val="default"/>
  </w:font>
  <w:font w:name="Courier">
    <w:altName w:val="Courier New"/>
    <w:charset w:val="01"/>
    <w:family w:val="swiss"/>
    <w:pitch w:val="default"/>
  </w:font>
  <w:font w:name="Arial">
    <w:charset w:val="01"/>
    <w:family w:val="swiss"/>
    <w:pitch w:val="default"/>
  </w:font>
  <w:font w:name="Marelle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30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ascii="Arial" w:hAnsi="Arial" w:cs="Arial"/>
      <w:sz w:val="24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30"/>
      <w:szCs w:val="28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re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LibreOffice/26.2.5.2$Windows_X86_64 LibreOffice_project/cd7284b4cbbfeb507e630c1aac019f4157393acb</Application>
  <AppVersion>15.0000</AppVersion>
  <Pages>6</Pages>
  <Words>36</Words>
  <Characters>219</Characters>
  <CharactersWithSpaces>219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cp:lastPrinted>2026-09-20T16:45:47Z</cp:lastPrinted>
  <dcterms:modified xsi:type="dcterms:W3CDTF">2026-09-20T16:52:21Z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